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D1A" w:rsidRDefault="00EE0D1A">
      <w:pPr>
        <w:autoSpaceDE w:val="0"/>
        <w:autoSpaceDN w:val="0"/>
        <w:spacing w:after="78" w:line="220" w:lineRule="exact"/>
      </w:pPr>
    </w:p>
    <w:p w:rsidR="00EE0D1A" w:rsidRPr="007B1E0E" w:rsidRDefault="00CF7451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7B1E0E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EE0D1A" w:rsidRPr="007B1E0E" w:rsidRDefault="00CF7451">
      <w:pPr>
        <w:autoSpaceDE w:val="0"/>
        <w:autoSpaceDN w:val="0"/>
        <w:spacing w:before="670" w:after="0" w:line="230" w:lineRule="auto"/>
        <w:ind w:left="1134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образования, науки и молодежной политики Краснодарского края</w:t>
      </w:r>
    </w:p>
    <w:p w:rsidR="00EE0D1A" w:rsidRPr="007B1E0E" w:rsidRDefault="00CF7451">
      <w:pPr>
        <w:autoSpaceDE w:val="0"/>
        <w:autoSpaceDN w:val="0"/>
        <w:spacing w:before="670" w:after="0" w:line="230" w:lineRule="auto"/>
        <w:ind w:left="540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Управление образования администрации муниципального образования Апшеронский район</w:t>
      </w:r>
    </w:p>
    <w:p w:rsidR="00EE0D1A" w:rsidRDefault="00CF7451">
      <w:pPr>
        <w:autoSpaceDE w:val="0"/>
        <w:autoSpaceDN w:val="0"/>
        <w:spacing w:before="670" w:after="1376" w:line="230" w:lineRule="auto"/>
        <w:ind w:right="4086"/>
        <w:jc w:val="right"/>
      </w:pPr>
      <w:r>
        <w:rPr>
          <w:rFonts w:ascii="Times New Roman" w:eastAsia="Times New Roman" w:hAnsi="Times New Roman"/>
          <w:color w:val="000000"/>
          <w:sz w:val="24"/>
        </w:rPr>
        <w:t>МБОУСОШ №28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4120"/>
        <w:gridCol w:w="2720"/>
      </w:tblGrid>
      <w:tr w:rsidR="00EE0D1A">
        <w:trPr>
          <w:trHeight w:hRule="exact" w:val="274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48" w:after="0" w:line="230" w:lineRule="auto"/>
              <w:ind w:left="10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EE0D1A">
        <w:trPr>
          <w:trHeight w:hRule="exact" w:val="276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ШМО</w:t>
            </w:r>
          </w:p>
        </w:tc>
        <w:tc>
          <w:tcPr>
            <w:tcW w:w="4120" w:type="dxa"/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after="0" w:line="230" w:lineRule="auto"/>
              <w:ind w:left="10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</w:tbl>
    <w:p w:rsidR="00EE0D1A" w:rsidRDefault="00EE0D1A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42"/>
        <w:gridCol w:w="3480"/>
        <w:gridCol w:w="3400"/>
      </w:tblGrid>
      <w:tr w:rsidR="00EE0D1A">
        <w:trPr>
          <w:trHeight w:hRule="exact" w:val="362"/>
        </w:trPr>
        <w:tc>
          <w:tcPr>
            <w:tcW w:w="3042" w:type="dxa"/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______________Уварова Г.А.</w:t>
            </w:r>
          </w:p>
        </w:tc>
        <w:tc>
          <w:tcPr>
            <w:tcW w:w="3480" w:type="dxa"/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______________Н.В.Усачёва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60" w:after="0" w:line="230" w:lineRule="auto"/>
              <w:ind w:left="5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______________Дрынко С.С.</w:t>
            </w:r>
          </w:p>
        </w:tc>
      </w:tr>
      <w:tr w:rsidR="00EE0D1A">
        <w:trPr>
          <w:trHeight w:hRule="exact" w:val="420"/>
        </w:trPr>
        <w:tc>
          <w:tcPr>
            <w:tcW w:w="3042" w:type="dxa"/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10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480" w:type="dxa"/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106" w:after="0" w:line="230" w:lineRule="auto"/>
              <w:ind w:left="47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106" w:after="0" w:line="230" w:lineRule="auto"/>
              <w:ind w:left="5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№4</w:t>
            </w:r>
          </w:p>
        </w:tc>
      </w:tr>
      <w:tr w:rsidR="00EE0D1A">
        <w:trPr>
          <w:trHeight w:hRule="exact" w:val="380"/>
        </w:trPr>
        <w:tc>
          <w:tcPr>
            <w:tcW w:w="3042" w:type="dxa"/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4" w:after="0" w:line="230" w:lineRule="auto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"30" 08</w:t>
            </w:r>
            <w:r w:rsidR="000D4DD3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2022 г.</w:t>
            </w:r>
          </w:p>
        </w:tc>
        <w:tc>
          <w:tcPr>
            <w:tcW w:w="3480" w:type="dxa"/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4" w:after="0" w:line="230" w:lineRule="auto"/>
              <w:ind w:left="47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"30" 08  2022 г.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4" w:after="0" w:line="230" w:lineRule="auto"/>
              <w:ind w:left="51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"01" 09</w:t>
            </w:r>
            <w:r w:rsidR="000D4DD3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2022 г.</w:t>
            </w:r>
          </w:p>
        </w:tc>
      </w:tr>
    </w:tbl>
    <w:p w:rsidR="00EE0D1A" w:rsidRDefault="00CF7451">
      <w:pPr>
        <w:autoSpaceDE w:val="0"/>
        <w:autoSpaceDN w:val="0"/>
        <w:spacing w:before="978" w:after="0" w:line="230" w:lineRule="auto"/>
        <w:ind w:right="3642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EE0D1A" w:rsidRDefault="00CF7451">
      <w:pPr>
        <w:autoSpaceDE w:val="0"/>
        <w:autoSpaceDN w:val="0"/>
        <w:spacing w:before="70" w:after="0" w:line="230" w:lineRule="auto"/>
        <w:ind w:right="4414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3658662)</w:t>
      </w:r>
    </w:p>
    <w:p w:rsidR="00EE0D1A" w:rsidRDefault="00CF7451">
      <w:pPr>
        <w:autoSpaceDE w:val="0"/>
        <w:autoSpaceDN w:val="0"/>
        <w:spacing w:before="166" w:after="0" w:line="230" w:lineRule="auto"/>
        <w:ind w:right="4014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EE0D1A" w:rsidRDefault="00CF7451">
      <w:pPr>
        <w:autoSpaceDE w:val="0"/>
        <w:autoSpaceDN w:val="0"/>
        <w:spacing w:before="70" w:after="0" w:line="230" w:lineRule="auto"/>
        <w:ind w:right="3442"/>
        <w:jc w:val="right"/>
      </w:pPr>
      <w:r>
        <w:rPr>
          <w:rFonts w:ascii="Times New Roman" w:eastAsia="Times New Roman" w:hAnsi="Times New Roman"/>
          <w:color w:val="000000"/>
          <w:sz w:val="24"/>
        </w:rPr>
        <w:t>«Изобразительное искусство»</w:t>
      </w:r>
    </w:p>
    <w:p w:rsidR="00EE0D1A" w:rsidRDefault="00CF7451">
      <w:pPr>
        <w:autoSpaceDE w:val="0"/>
        <w:autoSpaceDN w:val="0"/>
        <w:spacing w:before="670" w:after="0" w:line="230" w:lineRule="auto"/>
        <w:ind w:right="2674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1 класса начального общего образования</w:t>
      </w:r>
    </w:p>
    <w:p w:rsidR="00EE0D1A" w:rsidRDefault="00CF7451">
      <w:pPr>
        <w:autoSpaceDE w:val="0"/>
        <w:autoSpaceDN w:val="0"/>
        <w:spacing w:before="70" w:after="0" w:line="230" w:lineRule="auto"/>
        <w:ind w:right="3612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EE0D1A" w:rsidRDefault="00CF7451">
      <w:pPr>
        <w:autoSpaceDE w:val="0"/>
        <w:autoSpaceDN w:val="0"/>
        <w:spacing w:before="2112" w:after="0" w:line="230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>Составитель: Петрова Татьяна Михайловна</w:t>
      </w:r>
    </w:p>
    <w:p w:rsidR="00EE0D1A" w:rsidRDefault="00CF7451">
      <w:pPr>
        <w:autoSpaceDE w:val="0"/>
        <w:autoSpaceDN w:val="0"/>
        <w:spacing w:before="70" w:after="0" w:line="230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учитель изо</w:t>
      </w:r>
    </w:p>
    <w:p w:rsidR="00EE0D1A" w:rsidRDefault="00CF7451">
      <w:pPr>
        <w:autoSpaceDE w:val="0"/>
        <w:autoSpaceDN w:val="0"/>
        <w:spacing w:before="2830" w:after="0" w:line="230" w:lineRule="auto"/>
        <w:ind w:right="3844"/>
        <w:jc w:val="right"/>
      </w:pPr>
      <w:r>
        <w:rPr>
          <w:rFonts w:ascii="Times New Roman" w:eastAsia="Times New Roman" w:hAnsi="Times New Roman"/>
          <w:color w:val="000000"/>
          <w:sz w:val="24"/>
        </w:rPr>
        <w:t>п. Новые Поляны 2022</w:t>
      </w:r>
    </w:p>
    <w:p w:rsidR="00EE0D1A" w:rsidRDefault="00EE0D1A">
      <w:pPr>
        <w:sectPr w:rsidR="00EE0D1A" w:rsidSect="007B1E0E">
          <w:pgSz w:w="11900" w:h="16840"/>
          <w:pgMar w:top="298" w:right="878" w:bottom="296" w:left="738" w:header="720" w:footer="720" w:gutter="0"/>
          <w:cols w:space="720" w:equalWidth="0">
            <w:col w:w="10284" w:space="0"/>
          </w:cols>
          <w:docGrid w:linePitch="360"/>
        </w:sectPr>
      </w:pPr>
    </w:p>
    <w:p w:rsidR="00EE0D1A" w:rsidRDefault="00EE0D1A">
      <w:pPr>
        <w:sectPr w:rsidR="00EE0D1A">
          <w:pgSz w:w="11900" w:h="16840"/>
          <w:pgMar w:top="1440" w:right="1440" w:bottom="1440" w:left="1440" w:header="720" w:footer="720" w:gutter="0"/>
          <w:cols w:space="720" w:equalWidth="0">
            <w:col w:w="10284" w:space="0"/>
          </w:cols>
          <w:docGrid w:linePitch="360"/>
        </w:sectPr>
      </w:pPr>
    </w:p>
    <w:p w:rsidR="00EE0D1A" w:rsidRDefault="00EE0D1A">
      <w:pPr>
        <w:autoSpaceDE w:val="0"/>
        <w:autoSpaceDN w:val="0"/>
        <w:spacing w:after="78" w:line="220" w:lineRule="exact"/>
      </w:pPr>
    </w:p>
    <w:p w:rsidR="00EE0D1A" w:rsidRDefault="00CF7451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EE0D1A" w:rsidRPr="007B1E0E" w:rsidRDefault="00CF7451">
      <w:pPr>
        <w:autoSpaceDE w:val="0"/>
        <w:autoSpaceDN w:val="0"/>
        <w:spacing w:before="346" w:after="0"/>
        <w:ind w:firstLine="180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изобразительному искусству для обучающихся 1 класса на уровне начального общего образования составлена на основе «Требований к результатам освоения основной </w:t>
      </w:r>
      <w:r w:rsidRPr="007B1E0E">
        <w:rPr>
          <w:lang w:val="ru-RU"/>
        </w:rPr>
        <w:br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программы», представленных в Федеральном государственном образовательном стандарте начального общего образования.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Содержание программы распределено по модулям с учётом проверяемых требований к результатам освоения учебного предмета, выносимым на промежуточную аттестацию.</w:t>
      </w:r>
    </w:p>
    <w:p w:rsidR="00EE0D1A" w:rsidRPr="007B1E0E" w:rsidRDefault="00CF7451">
      <w:pPr>
        <w:autoSpaceDE w:val="0"/>
        <w:autoSpaceDN w:val="0"/>
        <w:spacing w:before="70" w:after="0" w:line="278" w:lineRule="auto"/>
        <w:ind w:right="144" w:firstLine="180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Цель преподавания предмета «Изобразительное искусство» состоит в формировании </w:t>
      </w:r>
      <w:r w:rsidRPr="007B1E0E">
        <w:rPr>
          <w:lang w:val="ru-RU"/>
        </w:rPr>
        <w:br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художественной культуры учащихся,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учащихся.</w:t>
      </w:r>
    </w:p>
    <w:p w:rsidR="00EE0D1A" w:rsidRPr="007B1E0E" w:rsidRDefault="00CF7451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Преподавание предмета направлено на развитие духовной культуры учащихся,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EE0D1A" w:rsidRPr="007B1E0E" w:rsidRDefault="00CF7451">
      <w:pPr>
        <w:autoSpaceDE w:val="0"/>
        <w:autoSpaceDN w:val="0"/>
        <w:spacing w:before="70" w:after="0" w:line="286" w:lineRule="auto"/>
        <w:ind w:right="144" w:firstLine="180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Содержание предмета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учащихся начальной школы 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имеет позитивный обучающий характер.</w:t>
      </w:r>
    </w:p>
    <w:p w:rsidR="00EE0D1A" w:rsidRPr="007B1E0E" w:rsidRDefault="00CF7451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E0D1A" w:rsidRPr="007B1E0E" w:rsidRDefault="00CF7451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EE0D1A" w:rsidRPr="007B1E0E" w:rsidRDefault="00CF7451">
      <w:pPr>
        <w:autoSpaceDE w:val="0"/>
        <w:autoSpaceDN w:val="0"/>
        <w:spacing w:before="72" w:after="0" w:line="281" w:lineRule="auto"/>
        <w:ind w:right="288" w:firstLine="180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На занятиях учащиеся знакомятся с многообразием видов художественной деятельности и технически доступным разнообразием художественных материалов. Практическая </w:t>
      </w:r>
      <w:r w:rsidRPr="007B1E0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художественно-творческая деятельность занимает приоритетное пространство учебного времени. При опоре на восприятие 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учитывает психолого-возрастные особенности развития детей 7—8 лет, при этом содержание занятий может быть адаптировано с учётом индивидуальных качеств обучающихся, как для детей, проявляющих выдающиеся способности, так и для детей-инвалидов и детей с ОВЗ. </w:t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В урочное время деятельность обучающихся организуется как в индивидуальном, так и в групповом формате с задачей формирования навыков сотрудничества в художественной деятельности.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190" w:after="0" w:line="262" w:lineRule="auto"/>
        <w:ind w:right="576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«ИЗОБРАЗИТЕЛЬНОЕ ИСКУССТВО» В УЧЕБНОМ ПЛАНЕ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190" w:after="0" w:line="262" w:lineRule="auto"/>
        <w:ind w:right="144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 образования учебный предмет «Изобразительное искусство» входит в предметную область</w:t>
      </w:r>
    </w:p>
    <w:p w:rsidR="00EE0D1A" w:rsidRPr="007B1E0E" w:rsidRDefault="00EE0D1A">
      <w:pPr>
        <w:rPr>
          <w:lang w:val="ru-RU"/>
        </w:rPr>
        <w:sectPr w:rsidR="00EE0D1A" w:rsidRPr="007B1E0E">
          <w:pgSz w:w="11900" w:h="16840"/>
          <w:pgMar w:top="298" w:right="648" w:bottom="338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EE0D1A" w:rsidRPr="007B1E0E" w:rsidRDefault="00EE0D1A">
      <w:pPr>
        <w:autoSpaceDE w:val="0"/>
        <w:autoSpaceDN w:val="0"/>
        <w:spacing w:after="66" w:line="220" w:lineRule="exact"/>
        <w:rPr>
          <w:lang w:val="ru-RU"/>
        </w:rPr>
      </w:pPr>
    </w:p>
    <w:p w:rsidR="00EE0D1A" w:rsidRPr="007B1E0E" w:rsidRDefault="00CF7451">
      <w:pPr>
        <w:autoSpaceDE w:val="0"/>
        <w:autoSpaceDN w:val="0"/>
        <w:spacing w:after="0"/>
        <w:ind w:right="432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«Искусство» и является обязательным для изучения. Содержание предмета «Изобразительное искусство» структурировано как система тематических модулей и входит в учебный план 1—4 классов программы начального общего образования в объёме 1 ч одного учебного часа в неделю. Изучение содержания всех модулей в 1 классе обязательно.</w:t>
      </w:r>
    </w:p>
    <w:p w:rsidR="00EE0D1A" w:rsidRPr="007B1E0E" w:rsidRDefault="00CF7451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плана, определяемой участниками образовательного процесса. При этом предполагается не увеличение количества тем для изучения, а увеличение времени на практическую художественную деятельность. Это способствует качеству обучения и достижению более высокого уровня как предметных, так и личностных и метапредметных результатов обучения.</w:t>
      </w:r>
    </w:p>
    <w:p w:rsidR="00EE0D1A" w:rsidRPr="007B1E0E" w:rsidRDefault="00CF7451">
      <w:pPr>
        <w:autoSpaceDE w:val="0"/>
        <w:autoSpaceDN w:val="0"/>
        <w:spacing w:before="192" w:after="0" w:line="230" w:lineRule="auto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На изучение изобразительного искусства в 1 классе отводится 1 час в неделю, всего 33 часа.</w:t>
      </w:r>
    </w:p>
    <w:p w:rsidR="00EE0D1A" w:rsidRPr="007B1E0E" w:rsidRDefault="00EE0D1A">
      <w:pPr>
        <w:rPr>
          <w:lang w:val="ru-RU"/>
        </w:rPr>
        <w:sectPr w:rsidR="00EE0D1A" w:rsidRPr="007B1E0E">
          <w:pgSz w:w="11900" w:h="16840"/>
          <w:pgMar w:top="286" w:right="682" w:bottom="1440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EE0D1A" w:rsidRPr="007B1E0E" w:rsidRDefault="00EE0D1A">
      <w:pPr>
        <w:autoSpaceDE w:val="0"/>
        <w:autoSpaceDN w:val="0"/>
        <w:spacing w:after="78" w:line="220" w:lineRule="exact"/>
        <w:rPr>
          <w:lang w:val="ru-RU"/>
        </w:rPr>
      </w:pPr>
    </w:p>
    <w:p w:rsidR="00EE0D1A" w:rsidRPr="007B1E0E" w:rsidRDefault="00CF7451">
      <w:pPr>
        <w:autoSpaceDE w:val="0"/>
        <w:autoSpaceDN w:val="0"/>
        <w:spacing w:after="0" w:line="230" w:lineRule="auto"/>
        <w:rPr>
          <w:lang w:val="ru-RU"/>
        </w:rPr>
      </w:pPr>
      <w:r w:rsidRPr="007B1E0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346" w:after="0" w:line="271" w:lineRule="auto"/>
        <w:ind w:right="288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«Графика»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EE0D1A" w:rsidRPr="007B1E0E" w:rsidRDefault="00CF74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Рисование с натуры: разные листья и их форма.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Представление о пропорциях: короткое — длинное. Развитие навыка видения соотношения частей целого (на основе рисунков животных).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«Живопись»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EE0D1A" w:rsidRPr="007B1E0E" w:rsidRDefault="00CF74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Эмоциональная выразительность цвета, способы выражение настроения в изображаемом сюжете.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EE0D1A" w:rsidRPr="007B1E0E" w:rsidRDefault="00CF74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Тематическая композиция «Времена года». Контрастные цветовые состояния времён года.</w:t>
      </w:r>
    </w:p>
    <w:p w:rsidR="00EE0D1A" w:rsidRPr="007B1E0E" w:rsidRDefault="00CF7451">
      <w:pPr>
        <w:autoSpaceDE w:val="0"/>
        <w:autoSpaceDN w:val="0"/>
        <w:spacing w:before="70" w:after="0" w:line="230" w:lineRule="auto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Живопись (гуашь), аппликация или смешанная техника.</w:t>
      </w:r>
    </w:p>
    <w:p w:rsidR="00EE0D1A" w:rsidRPr="007B1E0E" w:rsidRDefault="00CF74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Техника монотипии. Представления о симметрии. Развитие воображения.</w:t>
      </w:r>
    </w:p>
    <w:p w:rsidR="00EE0D1A" w:rsidRPr="007B1E0E" w:rsidRDefault="00CF7451">
      <w:pPr>
        <w:autoSpaceDE w:val="0"/>
        <w:autoSpaceDN w:val="0"/>
        <w:spacing w:before="190" w:after="0" w:line="262" w:lineRule="auto"/>
        <w:ind w:left="180" w:right="2016"/>
        <w:rPr>
          <w:lang w:val="ru-RU"/>
        </w:rPr>
      </w:pPr>
      <w:r w:rsidRPr="007B1E0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«Скульптура»</w:t>
      </w:r>
      <w:r w:rsidRPr="007B1E0E">
        <w:rPr>
          <w:lang w:val="ru-RU"/>
        </w:rPr>
        <w:br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Изображение в объёме. Приёмы работы с пластилином; дощечка, стек, тряпочка.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0" w:after="0" w:line="262" w:lineRule="auto"/>
        <w:ind w:right="1440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Лепка зверушек из цельной формы (черепашки, ёжика, зайчика, птички и др.). Приёмы вытягивания, вдавливания, сгибания, скручивания.</w:t>
      </w:r>
    </w:p>
    <w:p w:rsidR="00EE0D1A" w:rsidRPr="007B1E0E" w:rsidRDefault="00CF7451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EE0D1A" w:rsidRPr="007B1E0E" w:rsidRDefault="00CF7451">
      <w:pPr>
        <w:autoSpaceDE w:val="0"/>
        <w:autoSpaceDN w:val="0"/>
        <w:spacing w:before="72" w:after="0" w:line="262" w:lineRule="auto"/>
        <w:ind w:left="180" w:right="288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Бумажная пластика. Овладение первичными приёмами над- резания, закручивания, складывания. Объёмная аппликация из бумаги и картона.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192" w:after="0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EE0D1A" w:rsidRPr="007B1E0E" w:rsidRDefault="00CF7451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EE0D1A" w:rsidRPr="007B1E0E" w:rsidRDefault="00CF7451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EE0D1A" w:rsidRPr="007B1E0E" w:rsidRDefault="00CF74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 Дизайн предмета: изготовление нарядной упаковки путём складывания бумаги и аппликации.</w:t>
      </w:r>
    </w:p>
    <w:p w:rsidR="00EE0D1A" w:rsidRPr="007B1E0E" w:rsidRDefault="00EE0D1A">
      <w:pPr>
        <w:rPr>
          <w:lang w:val="ru-RU"/>
        </w:rPr>
        <w:sectPr w:rsidR="00EE0D1A" w:rsidRPr="007B1E0E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E0D1A" w:rsidRPr="007B1E0E" w:rsidRDefault="00EE0D1A">
      <w:pPr>
        <w:autoSpaceDE w:val="0"/>
        <w:autoSpaceDN w:val="0"/>
        <w:spacing w:after="78" w:line="220" w:lineRule="exact"/>
        <w:rPr>
          <w:lang w:val="ru-RU"/>
        </w:rPr>
      </w:pPr>
    </w:p>
    <w:p w:rsidR="00EE0D1A" w:rsidRPr="007B1E0E" w:rsidRDefault="00CF7451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Оригами — создание игрушки для новогодней ёлки. Приёмы складывания бумаги.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«Архитектура»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EE0D1A" w:rsidRPr="007B1E0E" w:rsidRDefault="00CF7451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192" w:after="0" w:line="271" w:lineRule="auto"/>
        <w:ind w:right="720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EE0D1A" w:rsidRPr="007B1E0E" w:rsidRDefault="00CF7451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 М. Васнецова, М. А. Врубеля и другие по выбору учителя).</w:t>
      </w:r>
    </w:p>
    <w:p w:rsidR="00EE0D1A" w:rsidRPr="007B1E0E" w:rsidRDefault="00CF7451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— установок наблюдения. Ассоциации из личного опыта учащихся и оценка эмоционального содержания произведений.</w:t>
      </w:r>
    </w:p>
    <w:p w:rsidR="00EE0D1A" w:rsidRPr="007B1E0E" w:rsidRDefault="00CF7451">
      <w:pPr>
        <w:autoSpaceDE w:val="0"/>
        <w:autoSpaceDN w:val="0"/>
        <w:spacing w:before="190" w:after="0" w:line="271" w:lineRule="auto"/>
        <w:ind w:left="180" w:right="720"/>
        <w:rPr>
          <w:lang w:val="ru-RU"/>
        </w:rPr>
      </w:pPr>
      <w:r w:rsidRPr="007B1E0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«Азбука цифровой графики»</w:t>
      </w:r>
      <w:r w:rsidRPr="007B1E0E">
        <w:rPr>
          <w:lang w:val="ru-RU"/>
        </w:rPr>
        <w:br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Фотографирование мелких деталей природы, выражение ярких зрительных впечатлений. Обсуждение в условиях урока ученических фотографий, соответствующих изучаемой теме.</w:t>
      </w:r>
    </w:p>
    <w:p w:rsidR="00EE0D1A" w:rsidRPr="007B1E0E" w:rsidRDefault="00EE0D1A">
      <w:pPr>
        <w:rPr>
          <w:lang w:val="ru-RU"/>
        </w:rPr>
        <w:sectPr w:rsidR="00EE0D1A" w:rsidRPr="007B1E0E">
          <w:pgSz w:w="11900" w:h="16840"/>
          <w:pgMar w:top="298" w:right="870" w:bottom="1440" w:left="666" w:header="720" w:footer="720" w:gutter="0"/>
          <w:cols w:space="720" w:equalWidth="0">
            <w:col w:w="10364" w:space="0"/>
          </w:cols>
          <w:docGrid w:linePitch="360"/>
        </w:sectPr>
      </w:pPr>
    </w:p>
    <w:p w:rsidR="00EE0D1A" w:rsidRPr="007B1E0E" w:rsidRDefault="00EE0D1A">
      <w:pPr>
        <w:autoSpaceDE w:val="0"/>
        <w:autoSpaceDN w:val="0"/>
        <w:spacing w:after="78" w:line="220" w:lineRule="exact"/>
        <w:rPr>
          <w:lang w:val="ru-RU"/>
        </w:rPr>
      </w:pPr>
    </w:p>
    <w:p w:rsidR="00EE0D1A" w:rsidRPr="007B1E0E" w:rsidRDefault="00CF7451">
      <w:pPr>
        <w:autoSpaceDE w:val="0"/>
        <w:autoSpaceDN w:val="0"/>
        <w:spacing w:after="0" w:line="230" w:lineRule="auto"/>
        <w:rPr>
          <w:lang w:val="ru-RU"/>
        </w:rPr>
      </w:pPr>
      <w:r w:rsidRPr="007B1E0E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EE0D1A" w:rsidRPr="007B1E0E" w:rsidRDefault="00CF7451">
      <w:pPr>
        <w:autoSpaceDE w:val="0"/>
        <w:autoSpaceDN w:val="0"/>
        <w:spacing w:before="346" w:after="0" w:line="230" w:lineRule="auto"/>
        <w:rPr>
          <w:lang w:val="ru-RU"/>
        </w:rPr>
      </w:pPr>
      <w:r w:rsidRPr="007B1E0E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EE0D1A" w:rsidRPr="007B1E0E" w:rsidRDefault="00CF7451">
      <w:pPr>
        <w:autoSpaceDE w:val="0"/>
        <w:autoSpaceDN w:val="0"/>
        <w:spacing w:before="166" w:after="0" w:line="271" w:lineRule="auto"/>
        <w:ind w:right="1152" w:firstLine="180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В центре программы по изобразительному искусству в соответствии с ФГОС начального образования находится личностное развитие обучающихся, приобщение их к российским традиционным духовным ценностям, а также социализация личности.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призвана обеспечить достижение обучающимися личностных результатов: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уважения и ценностного отношения к своей Родине — России;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ценностно-смысловые ориентации и установки, отражающие индивидуально-личностные позиции и социально значимые личностные качества;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духовно-нравственное развитие обучающихся;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мотивацию к познанию и обучению, готовность к саморазвитию и активному участию в социально-значимой деятельности;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позитивный опыт участия в творческой деятельности;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EE0D1A" w:rsidRPr="007B1E0E" w:rsidRDefault="00CF7451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7B1E0E">
        <w:rPr>
          <w:rFonts w:ascii="Times New Roman" w:eastAsia="Times New Roman" w:hAnsi="Times New Roman"/>
          <w:i/>
          <w:color w:val="000000"/>
          <w:sz w:val="24"/>
          <w:lang w:val="ru-RU"/>
        </w:rPr>
        <w:t>Патриотическое воспитание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EE0D1A" w:rsidRPr="007B1E0E" w:rsidRDefault="00CF7451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7B1E0E">
        <w:rPr>
          <w:rFonts w:ascii="Times New Roman" w:eastAsia="Times New Roman" w:hAnsi="Times New Roman"/>
          <w:i/>
          <w:color w:val="000000"/>
          <w:sz w:val="24"/>
          <w:lang w:val="ru-RU"/>
        </w:rPr>
        <w:t>Гражданское воспитание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EE0D1A" w:rsidRPr="007B1E0E" w:rsidRDefault="00CF7451">
      <w:pPr>
        <w:autoSpaceDE w:val="0"/>
        <w:autoSpaceDN w:val="0"/>
        <w:spacing w:before="70" w:after="0" w:line="283" w:lineRule="auto"/>
        <w:ind w:right="288" w:firstLine="180"/>
        <w:rPr>
          <w:lang w:val="ru-RU"/>
        </w:rPr>
      </w:pPr>
      <w:r w:rsidRPr="007B1E0E">
        <w:rPr>
          <w:rFonts w:ascii="Times New Roman" w:eastAsia="Times New Roman" w:hAnsi="Times New Roman"/>
          <w:i/>
          <w:color w:val="000000"/>
          <w:sz w:val="24"/>
          <w:lang w:val="ru-RU"/>
        </w:rPr>
        <w:t>Духовно-нравственное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воспитание является стержнем художественного развития обучающегося,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EE0D1A" w:rsidRPr="007B1E0E" w:rsidRDefault="00CF7451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7B1E0E">
        <w:rPr>
          <w:rFonts w:ascii="Times New Roman" w:eastAsia="Times New Roman" w:hAnsi="Times New Roman"/>
          <w:i/>
          <w:color w:val="000000"/>
          <w:sz w:val="24"/>
          <w:lang w:val="ru-RU"/>
        </w:rPr>
        <w:t>Эстетическое воспитание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 —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школьников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EE0D1A" w:rsidRPr="007B1E0E" w:rsidRDefault="00CF7451">
      <w:pPr>
        <w:autoSpaceDE w:val="0"/>
        <w:autoSpaceDN w:val="0"/>
        <w:spacing w:before="70" w:after="0"/>
        <w:ind w:firstLine="180"/>
        <w:rPr>
          <w:lang w:val="ru-RU"/>
        </w:rPr>
      </w:pPr>
      <w:r w:rsidRPr="007B1E0E">
        <w:rPr>
          <w:rFonts w:ascii="Times New Roman" w:eastAsia="Times New Roman" w:hAnsi="Times New Roman"/>
          <w:i/>
          <w:color w:val="000000"/>
          <w:sz w:val="24"/>
          <w:lang w:val="ru-RU"/>
        </w:rPr>
        <w:t>Ценности познавательной деятельности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EE0D1A" w:rsidRPr="007B1E0E" w:rsidRDefault="00CF7451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7B1E0E">
        <w:rPr>
          <w:rFonts w:ascii="Times New Roman" w:eastAsia="Times New Roman" w:hAnsi="Times New Roman"/>
          <w:i/>
          <w:color w:val="000000"/>
          <w:sz w:val="24"/>
          <w:lang w:val="ru-RU"/>
        </w:rPr>
        <w:t>Экологическое воспитание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EE0D1A" w:rsidRPr="007B1E0E" w:rsidRDefault="00EE0D1A">
      <w:pPr>
        <w:rPr>
          <w:lang w:val="ru-RU"/>
        </w:rPr>
        <w:sectPr w:rsidR="00EE0D1A" w:rsidRPr="007B1E0E">
          <w:pgSz w:w="11900" w:h="16840"/>
          <w:pgMar w:top="298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E0D1A" w:rsidRPr="007B1E0E" w:rsidRDefault="00EE0D1A">
      <w:pPr>
        <w:autoSpaceDE w:val="0"/>
        <w:autoSpaceDN w:val="0"/>
        <w:spacing w:after="78" w:line="220" w:lineRule="exact"/>
        <w:rPr>
          <w:lang w:val="ru-RU"/>
        </w:rPr>
      </w:pPr>
    </w:p>
    <w:p w:rsidR="00EE0D1A" w:rsidRPr="007B1E0E" w:rsidRDefault="00CF7451">
      <w:pPr>
        <w:autoSpaceDE w:val="0"/>
        <w:autoSpaceDN w:val="0"/>
        <w:spacing w:after="0" w:line="281" w:lineRule="auto"/>
        <w:ind w:right="144" w:firstLine="180"/>
        <w:rPr>
          <w:lang w:val="ru-RU"/>
        </w:rPr>
      </w:pPr>
      <w:r w:rsidRPr="007B1E0E">
        <w:rPr>
          <w:rFonts w:ascii="Times New Roman" w:eastAsia="Times New Roman" w:hAnsi="Times New Roman"/>
          <w:i/>
          <w:color w:val="000000"/>
          <w:sz w:val="24"/>
          <w:lang w:val="ru-RU"/>
        </w:rPr>
        <w:t>Трудовое воспитание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— обязательные требования к определённым заданиям по программе.</w:t>
      </w:r>
    </w:p>
    <w:p w:rsidR="00EE0D1A" w:rsidRPr="007B1E0E" w:rsidRDefault="00CF7451">
      <w:pPr>
        <w:autoSpaceDE w:val="0"/>
        <w:autoSpaceDN w:val="0"/>
        <w:spacing w:before="262" w:after="0" w:line="230" w:lineRule="auto"/>
        <w:rPr>
          <w:lang w:val="ru-RU"/>
        </w:rPr>
      </w:pPr>
      <w:r w:rsidRPr="007B1E0E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166" w:after="0" w:line="288" w:lineRule="auto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1.Овладение универсальными познавательными действиями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Пространственные представления и сенсорные способности: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форму предмета, конструкции;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доминантные черты (характерные особенности) в визуальном образе;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плоскостные и пространственные объекты по заданным основаниям;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ассоциативные связи между визуальными образами разных форм и предметов;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 части и целое в видимом образе, предмете, конструкции;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пропорциональные отношения частей внутри целого и предметов между собой; </w:t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обобщать форму составной конструкции;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анализировать ритмические отношения в пространстве и в изображении (визуальном образе) на установленных основаниях;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абстрагировать образ реальности при построении плоской композиции;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тональные отношения (тёмное — светлое) в пространственных и плоскостных объектах; </w:t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логические и исследовательские действия: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исследовательские, экспериментальные действия в процессе освоения выразительных свойств различных художественных материалов;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творческие экспериментальные действия в процессе самостоятельного выполнения художественных заданий;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наблюдения для получения информации об особенностях объектов и состояния природы, предметного мира человека, городской среды;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и оценивать с позиций эстетических категорий явления природы и предметно-пространственную среду жизни человека;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выводы, соответствующие эстетическим, аналитическим и другим учебным установкам по результатам проведённого наблюдения;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знаково-символические средства для составления орнаментов и декоративных композиций;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искусства по видам и, соответственно, по назначению в жизни людей;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изобразительного искусства по жанрам в качестве инструмента анализа содержания произведений;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ставить и использовать вопросы как исследовательский инструмент познания.</w:t>
      </w:r>
    </w:p>
    <w:p w:rsidR="00EE0D1A" w:rsidRPr="007B1E0E" w:rsidRDefault="00CF7451">
      <w:pPr>
        <w:autoSpaceDE w:val="0"/>
        <w:autoSpaceDN w:val="0"/>
        <w:spacing w:before="190" w:after="0" w:line="262" w:lineRule="auto"/>
        <w:ind w:left="180" w:right="4752"/>
        <w:rPr>
          <w:lang w:val="ru-RU"/>
        </w:rPr>
      </w:pPr>
      <w:r w:rsidRPr="007B1E0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7B1E0E">
        <w:rPr>
          <w:lang w:val="ru-RU"/>
        </w:rPr>
        <w:br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использовать электронные образовательные ресурсы;</w:t>
      </w:r>
    </w:p>
    <w:p w:rsidR="00EE0D1A" w:rsidRPr="007B1E0E" w:rsidRDefault="00EE0D1A">
      <w:pPr>
        <w:rPr>
          <w:lang w:val="ru-RU"/>
        </w:rPr>
        <w:sectPr w:rsidR="00EE0D1A" w:rsidRPr="007B1E0E">
          <w:pgSz w:w="11900" w:h="16840"/>
          <w:pgMar w:top="298" w:right="658" w:bottom="332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EE0D1A" w:rsidRPr="007B1E0E" w:rsidRDefault="00EE0D1A">
      <w:pPr>
        <w:autoSpaceDE w:val="0"/>
        <w:autoSpaceDN w:val="0"/>
        <w:spacing w:after="78" w:line="220" w:lineRule="exact"/>
        <w:rPr>
          <w:lang w:val="ru-RU"/>
        </w:rPr>
      </w:pPr>
    </w:p>
    <w:p w:rsidR="00EE0D1A" w:rsidRPr="007B1E0E" w:rsidRDefault="00CF7451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работать с электронными учебниками и учебными пособиями;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анализировать, интерпретировать, обобщать и систематизировать информацию, представленную в произведениях искусства, текстах, таблицах и схемах;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готовить информацию на заданную или выбранную тему и представлять её в различных видах: рисунках и эскизах, электронных презентациях;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виртуальные путешествия по архитектурным памятникам, в отечественные </w:t>
      </w:r>
      <w:r w:rsidRPr="007B1E0E">
        <w:rPr>
          <w:lang w:val="ru-RU"/>
        </w:rPr>
        <w:br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художественные музеи и зарубежные художественные музеи (галереи) на основе установок и квестов, предложенных учителем;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соблюдать правила информационной безопасности при работе в сети Интернет.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2.Овладение универсальными коммуникативными действиями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Обучающиеся должны овладеть следующими действиями: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искусство в качестве особого языка общения — межличностного (автор — зритель), между поколениями, между народами;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общее решение и разрешать конфликты на основе общих позиций и учёта интересов в процессе совместной художественной деятельности;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демонстрировать и объяснять результаты своего творческого, художественного или </w:t>
      </w:r>
      <w:r w:rsidRPr="007B1E0E">
        <w:rPr>
          <w:lang w:val="ru-RU"/>
        </w:rPr>
        <w:br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исследовательского опыта;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произведения детского художественного творчества с позиций их содержания и в соответствии с учебной задачей, поставленной учителем;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своё и чужое право на ошибку, развивать свои способности сопереживать, понимать намерения и переживания свои и других людей;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190" w:after="0" w:line="286" w:lineRule="auto"/>
        <w:ind w:right="1296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3.Овладение универсальными регулятивными действиями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Обучающиеся должны овладеть следующими действиями: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внимательно относиться и выполнять учебные задачи, поставленные учителем; </w:t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последовательность учебных действий при выполнении задания;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материалам; 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EE0D1A" w:rsidRPr="007B1E0E" w:rsidRDefault="00CF7451">
      <w:pPr>
        <w:autoSpaceDE w:val="0"/>
        <w:autoSpaceDN w:val="0"/>
        <w:spacing w:before="262" w:after="0" w:line="230" w:lineRule="auto"/>
        <w:rPr>
          <w:lang w:val="ru-RU"/>
        </w:rPr>
      </w:pPr>
      <w:r w:rsidRPr="007B1E0E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EE0D1A" w:rsidRPr="007B1E0E" w:rsidRDefault="00CF7451">
      <w:pPr>
        <w:autoSpaceDE w:val="0"/>
        <w:autoSpaceDN w:val="0"/>
        <w:spacing w:before="166" w:after="0"/>
        <w:ind w:firstLine="180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сформулированы по годам обучения на основе модульного построения содержания в соответствии с Приложением № 8 к Федеральному государственному образовательному стандарту начального общего образования, утверждённому приказом Министерства просвещения Российской Федерации.</w:t>
      </w:r>
    </w:p>
    <w:p w:rsidR="00EE0D1A" w:rsidRPr="007B1E0E" w:rsidRDefault="00CF7451">
      <w:pPr>
        <w:autoSpaceDE w:val="0"/>
        <w:autoSpaceDN w:val="0"/>
        <w:spacing w:before="190" w:after="0" w:line="262" w:lineRule="auto"/>
        <w:ind w:left="180" w:right="720"/>
        <w:rPr>
          <w:lang w:val="ru-RU"/>
        </w:rPr>
      </w:pPr>
      <w:r w:rsidRPr="007B1E0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«Графика»</w:t>
      </w:r>
      <w:r w:rsidRPr="007B1E0E">
        <w:rPr>
          <w:lang w:val="ru-RU"/>
        </w:rPr>
        <w:br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Осваивать навыки применения свойств простых графических материалов в самостоятельной</w:t>
      </w:r>
    </w:p>
    <w:p w:rsidR="00EE0D1A" w:rsidRPr="007B1E0E" w:rsidRDefault="00EE0D1A">
      <w:pPr>
        <w:rPr>
          <w:lang w:val="ru-RU"/>
        </w:rPr>
        <w:sectPr w:rsidR="00EE0D1A" w:rsidRPr="007B1E0E">
          <w:pgSz w:w="11900" w:h="16840"/>
          <w:pgMar w:top="298" w:right="668" w:bottom="43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EE0D1A" w:rsidRPr="007B1E0E" w:rsidRDefault="00EE0D1A">
      <w:pPr>
        <w:autoSpaceDE w:val="0"/>
        <w:autoSpaceDN w:val="0"/>
        <w:spacing w:after="66" w:line="220" w:lineRule="exact"/>
        <w:rPr>
          <w:lang w:val="ru-RU"/>
        </w:rPr>
      </w:pPr>
    </w:p>
    <w:p w:rsidR="00EE0D1A" w:rsidRPr="007B1E0E" w:rsidRDefault="00CF7451">
      <w:pPr>
        <w:autoSpaceDE w:val="0"/>
        <w:autoSpaceDN w:val="0"/>
        <w:spacing w:after="0" w:line="230" w:lineRule="auto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творческой работе в условиях урока.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EE0D1A" w:rsidRPr="007B1E0E" w:rsidRDefault="00CF74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рисунка простого (плоского) предмета с натуры.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Приобретать первичные знания и навыки композиционного расположения изображения на листе. </w:t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EE0D1A" w:rsidRPr="007B1E0E" w:rsidRDefault="00CF7451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EE0D1A" w:rsidRPr="007B1E0E" w:rsidRDefault="00CF7451">
      <w:pPr>
        <w:autoSpaceDE w:val="0"/>
        <w:autoSpaceDN w:val="0"/>
        <w:spacing w:before="190" w:after="0" w:line="262" w:lineRule="auto"/>
        <w:ind w:left="180" w:right="3888"/>
        <w:rPr>
          <w:lang w:val="ru-RU"/>
        </w:rPr>
      </w:pPr>
      <w:r w:rsidRPr="007B1E0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«Живопись»</w:t>
      </w:r>
      <w:r w:rsidRPr="007B1E0E">
        <w:rPr>
          <w:lang w:val="ru-RU"/>
        </w:rPr>
        <w:br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Осваивать навыки работы красками «гуашь» в условиях урока.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«Скульптура»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аналитического наблюдения, поиска выразительных образных объёмных форм в природе (облака, камни, коряги, формы плодов и др.).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Овладевать первичными навыками бумагопластики — создания объёмных форм из бумаги путём её складывания, надрезания, закручивания и др.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190" w:after="0"/>
        <w:ind w:right="576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EE0D1A" w:rsidRPr="007B1E0E" w:rsidRDefault="00CF74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Учиться использовать правила симметрии в своей художественной деятельности.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EE0D1A" w:rsidRPr="007B1E0E" w:rsidRDefault="00CF74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Приобретать знания о значении и назначении украшений в жизни людей.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</w:t>
      </w:r>
    </w:p>
    <w:p w:rsidR="00EE0D1A" w:rsidRPr="007B1E0E" w:rsidRDefault="00EE0D1A">
      <w:pPr>
        <w:rPr>
          <w:lang w:val="ru-RU"/>
        </w:rPr>
        <w:sectPr w:rsidR="00EE0D1A" w:rsidRPr="007B1E0E">
          <w:pgSz w:w="11900" w:h="16840"/>
          <w:pgMar w:top="286" w:right="642" w:bottom="428" w:left="666" w:header="720" w:footer="720" w:gutter="0"/>
          <w:cols w:space="720" w:equalWidth="0">
            <w:col w:w="10592" w:space="0"/>
          </w:cols>
          <w:docGrid w:linePitch="360"/>
        </w:sectPr>
      </w:pPr>
    </w:p>
    <w:p w:rsidR="00EE0D1A" w:rsidRPr="007B1E0E" w:rsidRDefault="00EE0D1A">
      <w:pPr>
        <w:autoSpaceDE w:val="0"/>
        <w:autoSpaceDN w:val="0"/>
        <w:spacing w:after="66" w:line="220" w:lineRule="exact"/>
        <w:rPr>
          <w:lang w:val="ru-RU"/>
        </w:rPr>
      </w:pPr>
    </w:p>
    <w:p w:rsidR="00EE0D1A" w:rsidRPr="007B1E0E" w:rsidRDefault="00CF7451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промыслов) и опыт практической художественной деятельности по мотивам игрушки выбранного промысла.</w:t>
      </w:r>
    </w:p>
    <w:p w:rsidR="00EE0D1A" w:rsidRPr="007B1E0E" w:rsidRDefault="00CF7451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«Архитектура»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190" w:after="0"/>
        <w:ind w:right="432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Осваивать опыт эстетического восприятия и аналитического наблюдения архитектурных построек. </w:t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 М. Васнецова, М. А.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«Азбука цифровой графики»</w:t>
      </w:r>
      <w:r w:rsidRPr="007B1E0E">
        <w:rPr>
          <w:lang w:val="ru-RU"/>
        </w:rPr>
        <w:br/>
      </w: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EE0D1A" w:rsidRPr="007B1E0E" w:rsidRDefault="00CF7451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7B1E0E">
        <w:rPr>
          <w:lang w:val="ru-RU"/>
        </w:rPr>
        <w:tab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</w:p>
    <w:p w:rsidR="00EE0D1A" w:rsidRPr="007B1E0E" w:rsidRDefault="00EE0D1A">
      <w:pPr>
        <w:rPr>
          <w:lang w:val="ru-RU"/>
        </w:rPr>
        <w:sectPr w:rsidR="00EE0D1A" w:rsidRPr="007B1E0E">
          <w:pgSz w:w="11900" w:h="16840"/>
          <w:pgMar w:top="286" w:right="648" w:bottom="1440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EE0D1A" w:rsidRPr="007B1E0E" w:rsidRDefault="00EE0D1A">
      <w:pPr>
        <w:autoSpaceDE w:val="0"/>
        <w:autoSpaceDN w:val="0"/>
        <w:spacing w:after="64" w:line="220" w:lineRule="exact"/>
        <w:rPr>
          <w:lang w:val="ru-RU"/>
        </w:rPr>
      </w:pPr>
    </w:p>
    <w:p w:rsidR="00EE0D1A" w:rsidRDefault="00CF7451">
      <w:pPr>
        <w:autoSpaceDE w:val="0"/>
        <w:autoSpaceDN w:val="0"/>
        <w:spacing w:after="258" w:line="233" w:lineRule="auto"/>
      </w:pPr>
      <w:bookmarkStart w:id="0" w:name="_GoBack"/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428"/>
        <w:gridCol w:w="528"/>
        <w:gridCol w:w="1104"/>
        <w:gridCol w:w="1142"/>
        <w:gridCol w:w="864"/>
        <w:gridCol w:w="3506"/>
        <w:gridCol w:w="1080"/>
        <w:gridCol w:w="1382"/>
      </w:tblGrid>
      <w:tr w:rsidR="00EE0D1A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5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EE0D1A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D1A" w:rsidRDefault="00EE0D1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D1A" w:rsidRDefault="00EE0D1A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D1A" w:rsidRDefault="00EE0D1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D1A" w:rsidRDefault="00EE0D1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D1A" w:rsidRDefault="00EE0D1A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D1A" w:rsidRDefault="00EE0D1A"/>
        </w:tc>
      </w:tr>
      <w:tr w:rsidR="00EE0D1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Восприятие произведений искусства</w:t>
            </w:r>
          </w:p>
        </w:tc>
      </w:tr>
      <w:tr w:rsidR="00EE0D1A">
        <w:trPr>
          <w:trHeight w:hRule="exact" w:val="246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54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Восприятие детских рисунков. Навыки восприятия произведений детского творчества и формирование зрительских умений.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01.09.2022 02.09.2022</w:t>
            </w:r>
          </w:p>
        </w:tc>
        <w:tc>
          <w:tcPr>
            <w:tcW w:w="35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Наблюдать, рассматривать, анализировать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детские рисунки с позиций их содержания и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сюжета, настроения;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расположение изображения на листе и выбор вертикального или горизонтального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формата;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какими художественными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материалами (карандашами, мелками, красками и т. д.) сделан рисунок;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Рисовать, выполнить рисунок на простую, всем доступную тему, например «Весёлое солнышко», карандашами или мелками;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 w:right="144"/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Первые представления о композиции: на уровне образного восприятия.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Представление о различных художественных материалах.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05.09.2022 09.09.2022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Наблюдать, рассматривать, анализировать детские рисунки с позиций их содержания и сюжета, настроения;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26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Обсуждение содержания рисунка.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EE0D1A"/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Наблюдать, рассматривать, анализировать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детские рисунки с позиций их содержания и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сюжета, настроения;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расположение изображения на листе и выбор вертикального или горизонтального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формата;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какими художественными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материалами (карандашами, мелками, красками и т. д.) сделан рисунок;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Рисовать, выполнить рисунок на простую, всем доступную тему, например «Весёлое солнышко», карандашами или мелками;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348"/>
        </w:trPr>
        <w:tc>
          <w:tcPr>
            <w:tcW w:w="5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90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EE0D1A"/>
        </w:tc>
      </w:tr>
      <w:tr w:rsidR="00EE0D1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Графика</w:t>
            </w:r>
          </w:p>
        </w:tc>
      </w:tr>
      <w:tr w:rsidR="00EE0D1A">
        <w:trPr>
          <w:trHeight w:hRule="exact" w:val="9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Линейный рисунок.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12.09.2022 16.09.2022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навыки работы графическими материалами;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Наблюдать и анализировать характер линий в природе;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</w:tbl>
    <w:p w:rsidR="00EE0D1A" w:rsidRDefault="00EE0D1A">
      <w:pPr>
        <w:autoSpaceDE w:val="0"/>
        <w:autoSpaceDN w:val="0"/>
        <w:spacing w:after="0" w:line="14" w:lineRule="exact"/>
      </w:pPr>
    </w:p>
    <w:p w:rsidR="00EE0D1A" w:rsidRDefault="00EE0D1A">
      <w:pPr>
        <w:sectPr w:rsidR="00EE0D1A">
          <w:pgSz w:w="16840" w:h="11900"/>
          <w:pgMar w:top="282" w:right="640" w:bottom="106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E0D1A" w:rsidRDefault="00EE0D1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428"/>
        <w:gridCol w:w="528"/>
        <w:gridCol w:w="1104"/>
        <w:gridCol w:w="1142"/>
        <w:gridCol w:w="864"/>
        <w:gridCol w:w="3506"/>
        <w:gridCol w:w="1080"/>
        <w:gridCol w:w="1382"/>
      </w:tblGrid>
      <w:tr w:rsidR="00EE0D1A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Разные виды линий.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EE0D1A"/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навыки работы графическими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материалами;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 и анализировать характер линий в природе;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линейный рисунок — упражнение на разный характер линий;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с натуры рисунок листа дерева; Рассматривать и обсуждать характер формы листа;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последовательность выполнения рисунка;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45" w:lineRule="auto"/>
              <w:ind w:left="72" w:right="86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Линии в природе. Ветки (по фотографиям): тонкие — толстые, порывистые, угловатые, плавные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EE0D1A"/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Учиться работать на уроке с жидкой краской; Создавать изображения на основе пятна путём добавления к нему деталей, подсказанных воображением;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Приобрести новый опыт наблюдения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окружающей реальности;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Графические материалы и их особенности.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 рисования линией.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EE0D1A"/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навыки работы графическими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материалами;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 и анализировать характер линий в природе;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линейный рисунок — упражнение на разный характер линий;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с натуры рисунок листа дерева;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150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54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4" w:after="0" w:line="245" w:lineRule="auto"/>
              <w:ind w:left="72" w:right="576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Рисунок с натуры: рисунок листьев разной формы (треугольный, круглый, овальный, длинный).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19.09.2022 23.09.2022</w:t>
            </w:r>
          </w:p>
        </w:tc>
        <w:tc>
          <w:tcPr>
            <w:tcW w:w="35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4" w:after="0" w:line="254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линейный рисунок — упражнение на разный характер линий;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Выполнять с натуры рисунок листа дерева; Рассматривать и обсуждать характер формы листа;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последовательность выполнения рисунка;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22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Последовательность рисунка.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26.09.2022 30.09.2022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Приобрести знания о пятне и линии как основе изображения на плоскости;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Учиться работать на уроке с жидкой краской; Создавать изображения на основе пятна путём добавления к нему деталей, подсказанных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воображением;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Приобрести новый опыт наблюдения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окружающей реальности;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Рассматривать и анализировать иллюстрации известных художников детских книг с позиций освоенных знаний о пятне, линии и пропорциях;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167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Первичные навыки определения пропорций и понимания их значения. От одного пятна — «тела», меняя пропорции «лап» и «шеи», получаем рисунки разных животных.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EE0D1A"/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изображения на основе пятна путём добавления к нему деталей, подсказанных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воображением;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Приобрести новый опыт наблюдения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окружающей реальности;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Рассматривать и анализировать иллюстрации известных художников детских книг с позиций освоенных знаний о пятне, линии и пропорциях;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</w:tbl>
    <w:p w:rsidR="00EE0D1A" w:rsidRDefault="00EE0D1A">
      <w:pPr>
        <w:autoSpaceDE w:val="0"/>
        <w:autoSpaceDN w:val="0"/>
        <w:spacing w:after="0" w:line="14" w:lineRule="exact"/>
      </w:pPr>
    </w:p>
    <w:p w:rsidR="00EE0D1A" w:rsidRDefault="00EE0D1A">
      <w:pPr>
        <w:sectPr w:rsidR="00EE0D1A">
          <w:pgSz w:w="16840" w:h="11900"/>
          <w:pgMar w:top="284" w:right="640" w:bottom="38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E0D1A" w:rsidRDefault="00EE0D1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428"/>
        <w:gridCol w:w="528"/>
        <w:gridCol w:w="1104"/>
        <w:gridCol w:w="1142"/>
        <w:gridCol w:w="864"/>
        <w:gridCol w:w="3506"/>
        <w:gridCol w:w="1080"/>
        <w:gridCol w:w="1382"/>
      </w:tblGrid>
      <w:tr w:rsidR="00EE0D1A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Линейный тематический рисунок (линия-рассказчица) на сюжет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стихотворения или сюжет из жизни детей (игры во дворе, в походе и др.) с простым и весёлым повествовательным сюжетом.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03.10.2022 07.10.2022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навыки работы графическими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материалами;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 и анализировать характер линий в природе;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Создавать линейный рисунок — упражнение на разный характер линий;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Пятно-силуэт. Превращение случайного пятна в изображение зверушки или фантастического зверя. Развитие образного видения и способности целостного, обобщённого видения. Пятно как основа графического изображения.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10.10.2022 14.10.2022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Приобрести знания о пятне и линии как основе изображения на плоскости;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Учиться работать на уроке с жидкой краской; Создавать изображения на основе пятна путём добавления к нему деталей, подсказанных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воображением;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Тень как пример пятна. Теневой театр.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Силуэт.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EE0D1A"/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изображения на основе пятна путём добавления к нему деталей, подсказанных воображением;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Приобрести новый опыт наблюдения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окружающей реальности;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2.11.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Навыки работы на уроке с жидкой краской и кистью, уход за своим рабочим местом.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17.10.2022 21.10.2022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Учиться работать на уроке с жидкой краской; Создавать изображения на основе пятна путём добавления к нему деталей, подсказанных воображением;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2.12.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Рассмотрение и анализ средств выражения — пятна и линии — в иллюстрациях художников к детским книгам.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EE0D1A"/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Рассматривать и анализировать иллюстрации известных художников детских книг с позиций освоенных знаний о пятне, линии и пропорциях;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348"/>
        </w:trPr>
        <w:tc>
          <w:tcPr>
            <w:tcW w:w="5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90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EE0D1A"/>
        </w:tc>
      </w:tr>
      <w:tr w:rsidR="00EE0D1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Живопись</w:t>
            </w:r>
          </w:p>
        </w:tc>
      </w:tr>
      <w:tr w:rsidR="00EE0D1A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ind w:left="72" w:right="576"/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Цвет как одно из главных средств выражения в изобразительном искусстве.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Навыки работы гуашью в условиях урока.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31.10.2022 04.11.2022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навыки работы гуашью в условиях школьного урока;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Знать три основных цвета;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Три основных цвета. Ассоциативные представления, связанные с каждым из цветов.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Навыки смешения красок и получения нового цвета.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07.11.2022 11.11.2022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три основных цвета;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Обсуждать ассоциативные представления, связанные с каждым цветом;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205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Эмоциональная выразительность цвета.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14.11.2022 18.11.2022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Обсуждать ассоциативные представления,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связанные с каждым цветом;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Экспериментировать, исследовать возможности смешения красок, наложения цвета на цвет, размывания цвета в процессе работы над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разноцветным ковриком;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Осознавать эмоциональное звучание цвета, то, что разный цвет «рассказывает» о разном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настроении — весёлом, задумчивом, грустном и др.;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</w:tbl>
    <w:p w:rsidR="00EE0D1A" w:rsidRDefault="00EE0D1A">
      <w:pPr>
        <w:autoSpaceDE w:val="0"/>
        <w:autoSpaceDN w:val="0"/>
        <w:spacing w:after="0" w:line="14" w:lineRule="exact"/>
      </w:pPr>
    </w:p>
    <w:p w:rsidR="00EE0D1A" w:rsidRDefault="00EE0D1A">
      <w:pPr>
        <w:sectPr w:rsidR="00EE0D1A">
          <w:pgSz w:w="16840" w:h="11900"/>
          <w:pgMar w:top="284" w:right="640" w:bottom="84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E0D1A" w:rsidRDefault="00EE0D1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428"/>
        <w:gridCol w:w="528"/>
        <w:gridCol w:w="1104"/>
        <w:gridCol w:w="1142"/>
        <w:gridCol w:w="864"/>
        <w:gridCol w:w="3506"/>
        <w:gridCol w:w="1080"/>
        <w:gridCol w:w="1382"/>
      </w:tblGrid>
      <w:tr w:rsidR="00EE0D1A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Цвет как выражение настроения, душевного состояния.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EE0D1A"/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Осознавать эмоциональное звучание цвета, то, что разный цвет «рассказывает» о разном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настроении — весёлом, задумчивом, грустном и др.;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 разное настроение героев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передано художником в иллюстрациях;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Наш мир украшают цветы. Живописное изображение по представлению и восприятию разных по цвету и формам цветков.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навыков работы гуашью и навыков наблюдения.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21.11.2022 25.11.2022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Выполнить гуашью рисунок цветка или цветов на основе демонстрируемых фотографий или по представлению;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50" w:lineRule="auto"/>
              <w:ind w:left="72" w:right="432"/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Тематическая композиция «Времена года». Контрастные цветовые состояния времён года.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Работа гуашью, в технике аппликации или в смешанной технике.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28.11.2022 02.12.2022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50" w:lineRule="auto"/>
              <w:ind w:left="72" w:right="366"/>
              <w:jc w:val="both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Выполнить изображения разных времён года; Рассуждать и объяснять, какого цвета каждое время года и почему, как догадаться по цвету изображений, какое это время года;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ind w:left="72" w:right="1008"/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Техника монотипии. Представления о симметрии.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ассоциативного воображения.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05.12.2022 09.12.2022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Иметь представления о свойствах печатной техники;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348"/>
        </w:trPr>
        <w:tc>
          <w:tcPr>
            <w:tcW w:w="5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90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EE0D1A"/>
        </w:tc>
      </w:tr>
      <w:tr w:rsidR="00EE0D1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Скульптура</w:t>
            </w:r>
          </w:p>
        </w:tc>
      </w:tr>
      <w:tr w:rsidR="00EE0D1A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Изображение в объёме. Приёмы работы с пластилином; дощечка, стек, тряпочка.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12.12.2022 16.12.2022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Наблюдать, воспринимать выразительные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образные объёмы в природе: на что похожи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формы облаков, камней, коряг, картофелин и др.</w:t>
            </w:r>
          </w:p>
          <w:p w:rsidR="00EE0D1A" w:rsidRPr="007B1E0E" w:rsidRDefault="00CF7451">
            <w:pPr>
              <w:autoSpaceDE w:val="0"/>
              <w:autoSpaceDN w:val="0"/>
              <w:spacing w:before="20" w:after="0" w:line="247" w:lineRule="auto"/>
              <w:ind w:left="72" w:right="720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(в классе на основе фотографий);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первичные навыки лепки —изображения в объёме;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Лепка зверушек из цельной формы (черепашки, ёжика, зайчика и т. д.).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 вытягивания, вдавливания, сгибания, скручивания.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EE0D1A"/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Лепить из целого куска пластилина мелких зверушек путём вытягивания, вдавливания;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Бумажная пластика. Овладение первичными приёмами надрезания, закручивания, складывания в работе над объёмной аппликацией.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19.12.2022 23.12.2022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Овладевать первичными навыками работы в объёмной аппликации и коллаже;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Лепка игрушки по мотивам одного из наиболее известных народных художественных промыслов (дымковская, каргопольская игрушки или по выбору учителя с учётом местных промыслов).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26.12.2022 30.12.2022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52" w:lineRule="auto"/>
              <w:ind w:left="72" w:right="43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строение формы, частей и пропорций игрушки выбранного промысла; Осваивать этапы лепки формы игрушки и её частей;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лепку игрушки по мотивам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выбранного народного промысла;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Объёмная аппликация из бумаги и картона.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09.01.2023 13.01.2023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приёмы создания объёмных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изображений из бумаги;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Приобретать опыт коллективной работы по созданию в технике аппликации панно из работ учащихся;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348"/>
        </w:trPr>
        <w:tc>
          <w:tcPr>
            <w:tcW w:w="5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4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0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EE0D1A"/>
        </w:tc>
      </w:tr>
      <w:tr w:rsidR="00EE0D1A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Декоративно-прикладное искусство</w:t>
            </w:r>
          </w:p>
        </w:tc>
      </w:tr>
    </w:tbl>
    <w:p w:rsidR="00EE0D1A" w:rsidRDefault="00EE0D1A">
      <w:pPr>
        <w:autoSpaceDE w:val="0"/>
        <w:autoSpaceDN w:val="0"/>
        <w:spacing w:after="0" w:line="14" w:lineRule="exact"/>
      </w:pPr>
    </w:p>
    <w:p w:rsidR="00EE0D1A" w:rsidRDefault="00EE0D1A">
      <w:pPr>
        <w:sectPr w:rsidR="00EE0D1A">
          <w:pgSz w:w="16840" w:h="11900"/>
          <w:pgMar w:top="284" w:right="640" w:bottom="80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E0D1A" w:rsidRDefault="00EE0D1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428"/>
        <w:gridCol w:w="528"/>
        <w:gridCol w:w="1104"/>
        <w:gridCol w:w="1142"/>
        <w:gridCol w:w="864"/>
        <w:gridCol w:w="3506"/>
        <w:gridCol w:w="1080"/>
        <w:gridCol w:w="1382"/>
      </w:tblGrid>
      <w:tr w:rsidR="00EE0D1A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Узоры в природе.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16.01.2023 20.01.2023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эстетически характеризовать различные примеры узоров в природе (на основе фотографий);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и делать ассоциативные сопоставления с орнаментами в предметах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декоративно-прикладного искусства;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50" w:lineRule="auto"/>
              <w:ind w:left="72" w:right="576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EE0D1A"/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и делать ассоциативные сопоставления с орнаментами в предметах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декоративно-прикладного искусства;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Выполнить рисунок бабочки, украсив узорами её крылья;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Представления о симметрии и наблюдение её в природе.</w:t>
            </w:r>
          </w:p>
          <w:p w:rsidR="00EE0D1A" w:rsidRPr="007B1E0E" w:rsidRDefault="00CF7451">
            <w:pPr>
              <w:autoSpaceDE w:val="0"/>
              <w:autoSpaceDN w:val="0"/>
              <w:spacing w:before="18" w:after="0" w:line="250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Последовательное ведение работы над изображением бабочки по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представлению, использование линии симметрии при составлении узора крыльев.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23.01.2023 27.01.2023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Выполнить рисунок бабочки, украсив узорами её крылья;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ind w:left="72" w:right="432"/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Узоры и орнаменты, создаваемые людьми, и разнообразие их видов.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Орнаменты геометрические и растительные.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30.01.2023 03.02.2023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в предложенных орнаментах мотивы изображения: растительные, геометрические, анималистические;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орнаменты в круге, полосе,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квадрате в соответствии с оформляемой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предметной поверхностью;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18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Декоративная композиция в круге или полосе.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EE0D1A"/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орнаменты в круге, полосе,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квадрате в соответствии с оформляемой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предметной поверхностью;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Выполнить гуашью творческое орнаментальное стилизованное изображение цветка, птицы и др.</w:t>
            </w:r>
          </w:p>
          <w:p w:rsidR="00EE0D1A" w:rsidRPr="007B1E0E" w:rsidRDefault="00CF7451">
            <w:pPr>
              <w:autoSpaceDE w:val="0"/>
              <w:autoSpaceDN w:val="0"/>
              <w:spacing w:before="18" w:after="0" w:line="250" w:lineRule="auto"/>
              <w:ind w:left="72" w:right="288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(по выбору) в круге или в квадрате (без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раппорта);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Рассматривать и характеризовать орнамент, украшающий игрушку выбранного промысла;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5.6.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Орнамент, характерный для игрушек одного из наиболее известных народных художественных промыслов. Дымковская, каргопольская игрушка или по выбору учителя с учётом местных промыслов.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06.02.2023 10.02.2023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на бумаге красками рисунок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орнамента выбранной игрушки;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рисунок игрушки выбранного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художественного промысла или, предварительно покрыв вылепленную игрушку белилами, нанести орнаменты на свою игрушку, сделанную по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мотивам народного промысла;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5.7.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 w:right="864"/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Оригами — создание игрушки для новогодней ёлки.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 складывания бумаги.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13.02.2023 17.02.2023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технику оригами, сложение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несложных фигурок;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Узнавать о работе художника по изготовлению бытовых вещей;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навыки работы с бумагой, ножницами, клеем, подручными материалами;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5.8.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Форма и украшение бытовых предметов.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20.02.2023 24.02.2023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Узнавать о работе художника по изготовлению бытовых вещей;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навыки работы с бумагой, ножницами, клеем, подручными материалами;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</w:tbl>
    <w:p w:rsidR="00EE0D1A" w:rsidRDefault="00EE0D1A">
      <w:pPr>
        <w:autoSpaceDE w:val="0"/>
        <w:autoSpaceDN w:val="0"/>
        <w:spacing w:after="0" w:line="14" w:lineRule="exact"/>
      </w:pPr>
    </w:p>
    <w:p w:rsidR="00EE0D1A" w:rsidRDefault="00EE0D1A">
      <w:pPr>
        <w:sectPr w:rsidR="00EE0D1A">
          <w:pgSz w:w="16840" w:h="11900"/>
          <w:pgMar w:top="284" w:right="640" w:bottom="52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E0D1A" w:rsidRDefault="00EE0D1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428"/>
        <w:gridCol w:w="528"/>
        <w:gridCol w:w="1104"/>
        <w:gridCol w:w="1142"/>
        <w:gridCol w:w="864"/>
        <w:gridCol w:w="3506"/>
        <w:gridCol w:w="1080"/>
        <w:gridCol w:w="1382"/>
      </w:tblGrid>
      <w:tr w:rsidR="00EE0D1A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5.9.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Приёмы бумагопластики. Сумка или упаковка и её декор.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EE0D1A"/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Узнавать о работе художника по изготовлению бытовых вещей;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навыки работы с бумагой, ножницами, клеем, подручными материалами;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348"/>
        </w:trPr>
        <w:tc>
          <w:tcPr>
            <w:tcW w:w="5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90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EE0D1A"/>
        </w:tc>
      </w:tr>
      <w:tr w:rsidR="00EE0D1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Архитектура </w:t>
            </w:r>
          </w:p>
        </w:tc>
      </w:tr>
      <w:tr w:rsidR="00EE0D1A">
        <w:trPr>
          <w:trHeight w:hRule="exact" w:val="926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54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45" w:lineRule="auto"/>
              <w:jc w:val="center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Наблюдение разнообразия архитектурных построек в окружающем мире по фотографиям, обсуждение их особенностей и составных частей зданий.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06.03.2023 10.03.2023</w:t>
            </w:r>
          </w:p>
        </w:tc>
        <w:tc>
          <w:tcPr>
            <w:tcW w:w="35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сравнивать различные здания в окружающем мире (по фотографиям);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и характеризовать особенности и составные части рассматриваемых зданий;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50" w:lineRule="auto"/>
              <w:ind w:left="72" w:right="200"/>
              <w:jc w:val="both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Освоение приёмов конструирования из бумаги. Складывание объёмных простых геометрических тел. Овладение приёмами склеивания деталей, надрезания, вырезания деталей, использование приёмов симметрии.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13.03.2023 17.03.2023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рисунок придуманного дома на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основе полученных впечатлений (техника работы может быть любой, например с помощью мелких печаток);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приёмы складывания объёмных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простых геометрических тел из бумаги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(параллелепипед, конус, пирамида) в качестве основы для домиков;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15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Макетирование (или создание аппликации) пространственной среды сказочного города из бумаги, картона или пластилина.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20.03.2023 24.03.2023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приёмы склеивания деталей,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симметричного надрезания, вырезания деталей и др., чтобы получились крыши, окна, двери,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лестницы для бумажных домиков;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Макетировать в игровой форме пространство сказочного городка (или построить городок в виде объёмной аппликации);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348"/>
        </w:trPr>
        <w:tc>
          <w:tcPr>
            <w:tcW w:w="5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6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90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EE0D1A"/>
        </w:tc>
      </w:tr>
      <w:tr w:rsidR="00EE0D1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7.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Восприятие произведений искусства</w:t>
            </w:r>
          </w:p>
        </w:tc>
      </w:tr>
      <w:tr w:rsidR="00EE0D1A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Восприятие произведений детского творчества. Обсуждение сюжетного и эмоционального содержания детских работ.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03.04.2023 07.04.2023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Наблюдать, разглядывать, анализировать детские работы с позиций их содержания и сюжета,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настроения, расположения на листе, цветового содержания, соответствия учебной задаче,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поставленной учителем;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Приобретать опыт эстетического наблюдения природы на основе эмоциональных впечатлений и с учётом визуальной установки учителя;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18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Художественное наблюдение окружающего мира (мира природы) и предметной среды жизни человека в зависимости от поставленной аналитической и эстетической задачи наблюдения (установки).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EE0D1A"/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опыт восприятия и аналитического наблюдения архитектурных построек;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опыт восприятия художественных иллюстраций в детских книгах в соответствии с учебной установкой;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</w:tbl>
    <w:p w:rsidR="00EE0D1A" w:rsidRDefault="00EE0D1A">
      <w:pPr>
        <w:autoSpaceDE w:val="0"/>
        <w:autoSpaceDN w:val="0"/>
        <w:spacing w:after="0" w:line="14" w:lineRule="exact"/>
      </w:pPr>
    </w:p>
    <w:p w:rsidR="00EE0D1A" w:rsidRDefault="00EE0D1A">
      <w:pPr>
        <w:sectPr w:rsidR="00EE0D1A">
          <w:pgSz w:w="16840" w:h="11900"/>
          <w:pgMar w:top="284" w:right="640" w:bottom="65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E0D1A" w:rsidRDefault="00EE0D1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5428"/>
        <w:gridCol w:w="528"/>
        <w:gridCol w:w="1104"/>
        <w:gridCol w:w="1142"/>
        <w:gridCol w:w="864"/>
        <w:gridCol w:w="3506"/>
        <w:gridCol w:w="1080"/>
        <w:gridCol w:w="1382"/>
      </w:tblGrid>
      <w:tr w:rsidR="00EE0D1A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Рассматривание иллюстраций к детским книгам на основе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содержательных установок учителя в соответствии с изучаемой темой.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10.04.2023 14.04.2023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опыт восприятия художественных иллюстраций в детских книгах в соответствии с учебной установкой;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Приобретать опыт специально организованного общения со станковой картиной;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Знакомство с живописной картиной.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17.04.2023 21.04.2023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опыт эстетического, эмоционального общения со станковой картиной;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169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7.5.</w:t>
            </w:r>
          </w:p>
        </w:tc>
        <w:tc>
          <w:tcPr>
            <w:tcW w:w="54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4" w:after="0" w:line="250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Обсуждение произведений с ярко выраженным эмоциональным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настроением или со сказочным сюжетом. Произведения В. М. Васнецова, М. А. Врубеля и других художников (по выбору учителя).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EE0D1A"/>
        </w:tc>
        <w:tc>
          <w:tcPr>
            <w:tcW w:w="35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4" w:after="0" w:line="254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опыт эстетического, эмоционального общения со станковой картиной;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зрительских умений,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включающих необходимые знания, внимание к позиции автора и соотнесение с личным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жизненным опытом зрителя;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и обсуждать зрительские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впечатления и мысли;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4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7.6.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45" w:lineRule="auto"/>
              <w:ind w:left="72" w:right="86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Художник и зритель. Освоение зрительских умений на основе получаемых знаний и творческих установок наблюдения.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24.04.2023 28.04.2023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и обсуждать зрительские впечатления и мысли;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Знать основные произведения изучаемых художников;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78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7.7.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Ассоциации из личного опыта учащихся и оценка эмоционального содержания произведений.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01.05.2023 05.05.2023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опыт восприятия художественных иллюстраций в детских книгах в соответствии с учебной установкой;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926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7.8.</w:t>
            </w:r>
          </w:p>
        </w:tc>
        <w:tc>
          <w:tcPr>
            <w:tcW w:w="54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Произведения И. И. Левитана, А. Г. Венецианова И. И. Шишкина, А. А. Пластова, К. Моне, В. Ван Гога и других художников (по выбору учителя) по теме «Времена года»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EE0D1A"/>
        </w:tc>
        <w:tc>
          <w:tcPr>
            <w:tcW w:w="35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Рассказывать и обсуждать зрительские впечатления и мысли;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Знать основные произведения изучаемых художников;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348"/>
        </w:trPr>
        <w:tc>
          <w:tcPr>
            <w:tcW w:w="5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7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90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EE0D1A"/>
        </w:tc>
      </w:tr>
      <w:tr w:rsidR="00EE0D1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8.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Азбука цифровой графики</w:t>
            </w:r>
          </w:p>
        </w:tc>
      </w:tr>
      <w:tr w:rsidR="00EE0D1A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45" w:lineRule="auto"/>
              <w:ind w:left="72" w:right="86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Фотографирование мелких деталей природы, запечатление на фотографиях ярких зрительных впечатлений.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08.05.2023 12.05.2023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Приобретать опыт фотографирования с целью эстетического и целенаправленного наблюдения природы;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Обсуждение в условиях урока ученических фотографий, соответствующих изучаемой теме.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15.05.2023 19.05.2023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обсуждения фотографий с точки зрения цели сделанного снимка,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значимости его содержания, его композиции;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РЭШ</w:t>
            </w:r>
          </w:p>
        </w:tc>
      </w:tr>
      <w:tr w:rsidR="00EE0D1A">
        <w:trPr>
          <w:trHeight w:hRule="exact" w:val="348"/>
        </w:trPr>
        <w:tc>
          <w:tcPr>
            <w:tcW w:w="5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модулю 8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90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EE0D1A"/>
        </w:tc>
      </w:tr>
      <w:tr w:rsidR="00EE0D1A">
        <w:trPr>
          <w:trHeight w:hRule="exact" w:val="328"/>
        </w:trPr>
        <w:tc>
          <w:tcPr>
            <w:tcW w:w="5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EE0D1A"/>
        </w:tc>
      </w:tr>
    </w:tbl>
    <w:p w:rsidR="00EE0D1A" w:rsidRDefault="00EE0D1A">
      <w:pPr>
        <w:autoSpaceDE w:val="0"/>
        <w:autoSpaceDN w:val="0"/>
        <w:spacing w:after="0" w:line="14" w:lineRule="exact"/>
      </w:pPr>
    </w:p>
    <w:bookmarkEnd w:id="0"/>
    <w:p w:rsidR="00EE0D1A" w:rsidRDefault="00EE0D1A">
      <w:pPr>
        <w:sectPr w:rsidR="00EE0D1A">
          <w:pgSz w:w="16840" w:h="11900"/>
          <w:pgMar w:top="284" w:right="640" w:bottom="124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E0D1A" w:rsidRDefault="00EE0D1A">
      <w:pPr>
        <w:autoSpaceDE w:val="0"/>
        <w:autoSpaceDN w:val="0"/>
        <w:spacing w:after="78" w:line="220" w:lineRule="exact"/>
      </w:pPr>
    </w:p>
    <w:p w:rsidR="00EE0D1A" w:rsidRDefault="00CF7451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EE0D1A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EE0D1A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D1A" w:rsidRDefault="00EE0D1A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D1A" w:rsidRDefault="00EE0D1A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D1A" w:rsidRDefault="00EE0D1A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D1A" w:rsidRDefault="00EE0D1A"/>
        </w:tc>
      </w:tr>
      <w:tr w:rsidR="00EE0D1A">
        <w:trPr>
          <w:trHeight w:hRule="exact" w:val="28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Модуль «Восприятие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произведений искусства».</w:t>
            </w:r>
          </w:p>
          <w:p w:rsidR="00EE0D1A" w:rsidRPr="007B1E0E" w:rsidRDefault="00CF7451">
            <w:pPr>
              <w:autoSpaceDE w:val="0"/>
              <w:autoSpaceDN w:val="0"/>
              <w:spacing w:before="70" w:after="0" w:line="283" w:lineRule="auto"/>
              <w:ind w:left="72" w:right="288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Восприятие детских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рисунков. Навыки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восприятия произведений детского творчества и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формирование зрительских умений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E0D1A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Первые представления о композиции: на уровне образного восприятия.</w:t>
            </w:r>
          </w:p>
          <w:p w:rsidR="00EE0D1A" w:rsidRPr="007B1E0E" w:rsidRDefault="00CF7451">
            <w:pPr>
              <w:autoSpaceDE w:val="0"/>
              <w:autoSpaceDN w:val="0"/>
              <w:spacing w:before="70" w:after="0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Представление о различных художественных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материалах.Обсуждение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содержания рисунка.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E0D1A">
        <w:trPr>
          <w:trHeight w:hRule="exact" w:val="318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86" w:lineRule="auto"/>
              <w:ind w:left="72"/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Линейный рисунок.Разные виды линий.Линии в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природе. Ветки (по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фотографиям): тонкие —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толстые, порывистые,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угловатые, плавные и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др.Графические материалы и их особенности.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Приёмы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рисования линией.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E0D1A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Рисунок с натуры: рисунок листьев разной формы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(треугольный, круглый,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овальный, длинный).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E0D1A">
        <w:trPr>
          <w:trHeight w:hRule="exact" w:val="282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Последовательность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рисунка.Первичные навыки определения пропорций и понимания их значения. От одного пятна — «тела»,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меняя пропорции «лап» и«шеи», получаем рисунки разных животных.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29.09.2022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EE0D1A" w:rsidRDefault="00EE0D1A">
      <w:pPr>
        <w:autoSpaceDE w:val="0"/>
        <w:autoSpaceDN w:val="0"/>
        <w:spacing w:after="0" w:line="14" w:lineRule="exact"/>
      </w:pPr>
    </w:p>
    <w:p w:rsidR="00EE0D1A" w:rsidRDefault="00EE0D1A">
      <w:pPr>
        <w:sectPr w:rsidR="00EE0D1A">
          <w:pgSz w:w="11900" w:h="16840"/>
          <w:pgMar w:top="298" w:right="650" w:bottom="72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E0D1A" w:rsidRDefault="00EE0D1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EE0D1A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Линейный тематический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рисунок (линия-рассказчица) на сюжет стихотворения или сюжет из жизни детей (игры во дворе, в походе и др.) с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простым и весёлым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повествовательным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сюжетом.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E0D1A">
        <w:trPr>
          <w:trHeight w:hRule="exact" w:val="3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 w:line="278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Пятно-силуэт. Превращение случайного пятна в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изображение зверушки или фантастического зверя.</w:t>
            </w:r>
          </w:p>
          <w:p w:rsidR="00EE0D1A" w:rsidRDefault="00CF7451">
            <w:pPr>
              <w:autoSpaceDE w:val="0"/>
              <w:autoSpaceDN w:val="0"/>
              <w:spacing w:before="70" w:after="0" w:line="283" w:lineRule="auto"/>
              <w:ind w:left="72"/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Развитие образного видения и способности целостного, обобщённого видения. Пятно как основа графического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изображения.Тень как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пример пятна. Теневой театр.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Силуэт.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E0D1A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Навыки работы на уроке с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жидкой краской и кистью,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уход за своим рабочим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местом.Рассмотрение и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анализ средств выражения —пятна и линии — в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иллюстрациях художников к детским книгам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E0D1A">
        <w:trPr>
          <w:trHeight w:hRule="exact" w:val="18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Цвет как одно из главных средств выражения в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изобразительном искусстве.</w:t>
            </w:r>
          </w:p>
          <w:p w:rsidR="00EE0D1A" w:rsidRPr="007B1E0E" w:rsidRDefault="00CF7451">
            <w:pPr>
              <w:autoSpaceDE w:val="0"/>
              <w:autoSpaceDN w:val="0"/>
              <w:spacing w:before="72" w:after="0" w:line="262" w:lineRule="auto"/>
              <w:ind w:left="72" w:right="43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Навыки работы гуашью в условиях урока.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27.10.2022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E0D1A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Три основных цвета.</w:t>
            </w:r>
          </w:p>
          <w:p w:rsidR="00EE0D1A" w:rsidRPr="007B1E0E" w:rsidRDefault="00CF7451">
            <w:pPr>
              <w:autoSpaceDE w:val="0"/>
              <w:autoSpaceDN w:val="0"/>
              <w:spacing w:before="70" w:after="0" w:line="281" w:lineRule="auto"/>
              <w:ind w:left="72" w:right="288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Ассоциативные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представления, связанные с каждым из цветов. Навыки смешения красок и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получения нового цвета.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E0D1A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Эмоциональная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выразительность цвета.Цвет как выражение настроения, душевного состояния.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17.11.2022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</w:tbl>
    <w:p w:rsidR="00EE0D1A" w:rsidRDefault="00EE0D1A">
      <w:pPr>
        <w:autoSpaceDE w:val="0"/>
        <w:autoSpaceDN w:val="0"/>
        <w:spacing w:after="0" w:line="14" w:lineRule="exact"/>
      </w:pPr>
    </w:p>
    <w:p w:rsidR="00EE0D1A" w:rsidRDefault="00EE0D1A">
      <w:pPr>
        <w:sectPr w:rsidR="00EE0D1A">
          <w:pgSz w:w="11900" w:h="16840"/>
          <w:pgMar w:top="284" w:right="650" w:bottom="60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E0D1A" w:rsidRDefault="00EE0D1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EE0D1A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83" w:lineRule="auto"/>
              <w:ind w:left="72"/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Наш мир украшают цветы. Живописное изображение по представлению и восприятию разных по цвету и формам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цветков.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Развитие навыков работы гуашью и навыков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наблюдения.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24.11.2022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E0D1A">
        <w:trPr>
          <w:trHeight w:hRule="exact" w:val="25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Тематическая композиция«Времена года».</w:t>
            </w:r>
          </w:p>
          <w:p w:rsidR="00EE0D1A" w:rsidRPr="007B1E0E" w:rsidRDefault="00CF7451">
            <w:pPr>
              <w:autoSpaceDE w:val="0"/>
              <w:autoSpaceDN w:val="0"/>
              <w:spacing w:before="72" w:after="0" w:line="262" w:lineRule="auto"/>
              <w:ind w:right="720"/>
              <w:jc w:val="center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Контрастные цветовые состояния времён года.</w:t>
            </w:r>
          </w:p>
          <w:p w:rsidR="00EE0D1A" w:rsidRPr="007B1E0E" w:rsidRDefault="00CF7451">
            <w:pPr>
              <w:autoSpaceDE w:val="0"/>
              <w:autoSpaceDN w:val="0"/>
              <w:spacing w:before="72" w:after="0" w:line="271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Работа гуашью, в технике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аппликации или в смешанной технике.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E0D1A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Техника монотипии.</w:t>
            </w:r>
          </w:p>
          <w:p w:rsidR="00EE0D1A" w:rsidRPr="007B1E0E" w:rsidRDefault="00CF7451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Представления о симметрии.</w:t>
            </w:r>
          </w:p>
          <w:p w:rsidR="00EE0D1A" w:rsidRDefault="00CF7451">
            <w:pPr>
              <w:autoSpaceDE w:val="0"/>
              <w:autoSpaceDN w:val="0"/>
              <w:spacing w:before="70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Развитие ассоциативного воображения.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E0D1A">
        <w:trPr>
          <w:trHeight w:hRule="exact" w:val="31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Изображение в объёме.</w:t>
            </w:r>
          </w:p>
          <w:p w:rsidR="00EE0D1A" w:rsidRPr="007B1E0E" w:rsidRDefault="00CF7451">
            <w:pPr>
              <w:autoSpaceDE w:val="0"/>
              <w:autoSpaceDN w:val="0"/>
              <w:spacing w:before="70" w:after="0" w:line="281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Приёмы работы с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пластилином; дощечка, стек, тряпочка.Лепка зверушек из цельной формы (черепашки, ёжика, зайчика и т. д.).</w:t>
            </w:r>
          </w:p>
          <w:p w:rsidR="00EE0D1A" w:rsidRPr="007B1E0E" w:rsidRDefault="00CF7451">
            <w:pPr>
              <w:autoSpaceDE w:val="0"/>
              <w:autoSpaceDN w:val="0"/>
              <w:spacing w:before="70" w:after="0" w:line="271" w:lineRule="auto"/>
              <w:ind w:left="72" w:right="720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Приёмы вытягивания, вдавливания, сгибания, скручивания.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E0D1A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Бумажная пластика.</w:t>
            </w:r>
          </w:p>
          <w:p w:rsidR="00EE0D1A" w:rsidRPr="007B1E0E" w:rsidRDefault="00CF7451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Овладение первичными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приёмами надрезания,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закручивания, складывания в работе над объёмной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аппликацией.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22.12.2022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E0D1A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Лепка игрушки по мотивам одного из наиболее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известных народных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художественных промыслов (дымковская, каргопольская игрушки или по выбору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учителя с учётом местных промыслов).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12.01.2023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EE0D1A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Объёмная аппликация из бумаги и картона.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EE0D1A" w:rsidRDefault="00EE0D1A">
      <w:pPr>
        <w:autoSpaceDE w:val="0"/>
        <w:autoSpaceDN w:val="0"/>
        <w:spacing w:after="0" w:line="14" w:lineRule="exact"/>
      </w:pPr>
    </w:p>
    <w:p w:rsidR="00EE0D1A" w:rsidRDefault="00EE0D1A">
      <w:pPr>
        <w:sectPr w:rsidR="00EE0D1A">
          <w:pgSz w:w="11900" w:h="16840"/>
          <w:pgMar w:top="284" w:right="650" w:bottom="35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E0D1A" w:rsidRDefault="00EE0D1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EE0D1A">
        <w:trPr>
          <w:trHeight w:hRule="exact" w:val="419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 w:line="283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Узоры в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природе.Наблюдение узоров в живой природе (в условиях урока на основе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фотографий). Эмоционально-эстетическое восприятие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объектов действительности.</w:t>
            </w:r>
          </w:p>
          <w:p w:rsidR="00EE0D1A" w:rsidRPr="007B1E0E" w:rsidRDefault="00CF7451">
            <w:pPr>
              <w:autoSpaceDE w:val="0"/>
              <w:autoSpaceDN w:val="0"/>
              <w:spacing w:before="70" w:after="0" w:line="281" w:lineRule="auto"/>
              <w:ind w:left="72" w:right="43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Ассоциативное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сопоставление с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орнаментами в предметах декоративно-прикладного искусства.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26.01.2023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E0D1A">
        <w:trPr>
          <w:trHeight w:hRule="exact" w:val="28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Представления о симметрии и наблюдение её в природе. Последовательное ведение работы над изображением бабочки по представлению, использование линии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симметрии при составлении узора крыльев.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E0D1A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Узоры и орнаменты,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создаваемые людьми, и разнообразие их видов.</w:t>
            </w:r>
          </w:p>
          <w:p w:rsidR="00EE0D1A" w:rsidRPr="007B1E0E" w:rsidRDefault="00CF7451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Орнаменты геометрические и растительные.Декоративная композиция в круге или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полосе.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E0D1A">
        <w:trPr>
          <w:trHeight w:hRule="exact" w:val="28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Орнамент, характерный для игрушек одного из наиболее известных народных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художественных промыслов. Дымковская, каргопольская игрушка или по выбору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учителя с учётом местных промыслов.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16.02.2023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E0D1A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/>
              <w:ind w:left="72" w:right="288"/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Оригами — создание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игрушки для новогодней ёлки.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Приёмы складывания бумаги.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E0D1A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Форма и украшение бытовых предметов.Приёмы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бумагопластики. Сумка или упаковка и её декор.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EE0D1A" w:rsidRDefault="00EE0D1A">
      <w:pPr>
        <w:autoSpaceDE w:val="0"/>
        <w:autoSpaceDN w:val="0"/>
        <w:spacing w:after="0" w:line="14" w:lineRule="exact"/>
      </w:pPr>
    </w:p>
    <w:p w:rsidR="00EE0D1A" w:rsidRDefault="00EE0D1A">
      <w:pPr>
        <w:sectPr w:rsidR="00EE0D1A">
          <w:pgSz w:w="11900" w:h="16840"/>
          <w:pgMar w:top="284" w:right="650" w:bottom="43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E0D1A" w:rsidRDefault="00EE0D1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EE0D1A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Наблюдение разнообразия архитектурных построек в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окружающем мире по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фотографиям, обсуждение их особенностей и составных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частей зданий.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E0D1A">
        <w:trPr>
          <w:trHeight w:hRule="exact" w:val="318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Освоение приёмов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конструирования из бумаги.</w:t>
            </w:r>
          </w:p>
          <w:p w:rsidR="00EE0D1A" w:rsidRPr="007B1E0E" w:rsidRDefault="00CF7451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Складывание объёмных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простых геометрических тел.</w:t>
            </w:r>
          </w:p>
          <w:p w:rsidR="00EE0D1A" w:rsidRPr="007B1E0E" w:rsidRDefault="00CF7451">
            <w:pPr>
              <w:autoSpaceDE w:val="0"/>
              <w:autoSpaceDN w:val="0"/>
              <w:spacing w:before="72" w:after="0" w:line="281" w:lineRule="auto"/>
              <w:ind w:left="72" w:right="576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Овладение приёмами склеивания деталей,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надрезания, вырезания деталей, использование приёмов симметрии.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23.03.2023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E0D1A">
        <w:trPr>
          <w:trHeight w:hRule="exact" w:val="183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Макетирование (или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создание аппликации)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пространственной среды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сказочного города из бумаги, картона или пластилина.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E0D1A">
        <w:trPr>
          <w:trHeight w:hRule="exact" w:val="452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Восприятие произведений детского творчества.</w:t>
            </w:r>
          </w:p>
          <w:p w:rsidR="00EE0D1A" w:rsidRPr="007B1E0E" w:rsidRDefault="00CF7451">
            <w:pPr>
              <w:autoSpaceDE w:val="0"/>
              <w:autoSpaceDN w:val="0"/>
              <w:spacing w:before="70" w:after="0" w:line="286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Обсуждение сюжетного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 эмоционального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содержания детских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работ.Художественное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наблюдение окружающего мира (мира природы) и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предметной среды жизни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человека в зависимости от поставленной аналитической и эстетической задачи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наблюдения (установки).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E0D1A">
        <w:trPr>
          <w:trHeight w:hRule="exact" w:val="215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Рассматривание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иллюстраций к детским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книгам на основе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содержательных установок учителя в соответствии с изучаемой темой.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</w:tbl>
    <w:p w:rsidR="00EE0D1A" w:rsidRDefault="00EE0D1A">
      <w:pPr>
        <w:autoSpaceDE w:val="0"/>
        <w:autoSpaceDN w:val="0"/>
        <w:spacing w:after="0" w:line="14" w:lineRule="exact"/>
      </w:pPr>
    </w:p>
    <w:p w:rsidR="00EE0D1A" w:rsidRDefault="00EE0D1A">
      <w:pPr>
        <w:sectPr w:rsidR="00EE0D1A">
          <w:pgSz w:w="11900" w:h="16840"/>
          <w:pgMar w:top="284" w:right="650" w:bottom="11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E0D1A" w:rsidRDefault="00EE0D1A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216"/>
        <w:gridCol w:w="734"/>
        <w:gridCol w:w="1620"/>
        <w:gridCol w:w="1668"/>
        <w:gridCol w:w="1236"/>
        <w:gridCol w:w="1574"/>
      </w:tblGrid>
      <w:tr w:rsidR="00EE0D1A">
        <w:trPr>
          <w:trHeight w:hRule="exact" w:val="351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Знакомство с живописной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картиной.Обсуждение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произведений с ярко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выраженным эмоциональным настроением или со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сказочным сюжетом.</w:t>
            </w:r>
          </w:p>
          <w:p w:rsidR="00EE0D1A" w:rsidRPr="007B1E0E" w:rsidRDefault="00CF7451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В. М.</w:t>
            </w:r>
          </w:p>
          <w:p w:rsidR="00EE0D1A" w:rsidRPr="007B1E0E" w:rsidRDefault="00CF7451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Васнецова, М. А. Врубеля и других художников (по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выбору учителя).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27.04.2023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E0D1A">
        <w:trPr>
          <w:trHeight w:hRule="exact" w:val="217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100" w:after="0" w:line="281" w:lineRule="auto"/>
              <w:ind w:left="72" w:right="720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Художник и зритель. Освоение зрительских умений на основе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получаемых знаний и творческих установок наблюдения.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E0D1A">
        <w:trPr>
          <w:trHeight w:hRule="exact" w:val="385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Ассоциации из личного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опыта учащихся и оценка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эмоционального содержания произведений.Произведения И. И. Левитана,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 Г. Венецианова И. И.</w:t>
            </w:r>
          </w:p>
          <w:p w:rsidR="00EE0D1A" w:rsidRPr="007B1E0E" w:rsidRDefault="00CF7451">
            <w:pPr>
              <w:autoSpaceDE w:val="0"/>
              <w:autoSpaceDN w:val="0"/>
              <w:spacing w:before="70" w:after="0" w:line="281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Шишкина, А. А. Пластова, К. Моне, В. Ван Гога и других художников (по выбору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учителя) по теме «Времена года»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EE0D1A">
        <w:trPr>
          <w:trHeight w:hRule="exact" w:val="318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 w:line="286" w:lineRule="auto"/>
              <w:ind w:left="72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Фотографирование мелких деталей природы,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запечатление на фотографиях ярких зрительных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впечатлений.Обсуждение в условиях урока ученических фотографий, </w:t>
            </w:r>
            <w:r w:rsidRPr="007B1E0E">
              <w:rPr>
                <w:lang w:val="ru-RU"/>
              </w:rPr>
              <w:br/>
            </w: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соответствующих изучаемой теме.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18.05.2023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EE0D1A">
        <w:trPr>
          <w:trHeight w:hRule="exact" w:val="808"/>
        </w:trPr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Pr="007B1E0E" w:rsidRDefault="00CF745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7B1E0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CF745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0D1A" w:rsidRDefault="00EE0D1A"/>
        </w:tc>
      </w:tr>
    </w:tbl>
    <w:p w:rsidR="00EE0D1A" w:rsidRDefault="00EE0D1A">
      <w:pPr>
        <w:autoSpaceDE w:val="0"/>
        <w:autoSpaceDN w:val="0"/>
        <w:spacing w:after="0" w:line="14" w:lineRule="exact"/>
      </w:pPr>
    </w:p>
    <w:p w:rsidR="00EE0D1A" w:rsidRDefault="00EE0D1A">
      <w:pPr>
        <w:sectPr w:rsidR="00EE0D1A">
          <w:pgSz w:w="11900" w:h="16840"/>
          <w:pgMar w:top="284" w:right="650" w:bottom="135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E0D1A" w:rsidRDefault="00EE0D1A">
      <w:pPr>
        <w:autoSpaceDE w:val="0"/>
        <w:autoSpaceDN w:val="0"/>
        <w:spacing w:after="78" w:line="220" w:lineRule="exact"/>
      </w:pPr>
    </w:p>
    <w:p w:rsidR="00EE0D1A" w:rsidRDefault="00CF7451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EE0D1A" w:rsidRDefault="00CF7451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EE0D1A" w:rsidRPr="007B1E0E" w:rsidRDefault="00CF7451">
      <w:pPr>
        <w:autoSpaceDE w:val="0"/>
        <w:autoSpaceDN w:val="0"/>
        <w:spacing w:before="166" w:after="0" w:line="271" w:lineRule="auto"/>
        <w:ind w:right="144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Изобразительное искусство. 1 класс/Неменская Л.А.; под редакцией Неменского Б.М., Акционерное общество «Издательство «Просвещение»; </w:t>
      </w:r>
      <w:r w:rsidRPr="007B1E0E">
        <w:rPr>
          <w:lang w:val="ru-RU"/>
        </w:rPr>
        <w:br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EE0D1A" w:rsidRPr="007B1E0E" w:rsidRDefault="00CF7451">
      <w:pPr>
        <w:autoSpaceDE w:val="0"/>
        <w:autoSpaceDN w:val="0"/>
        <w:spacing w:before="262" w:after="0" w:line="230" w:lineRule="auto"/>
        <w:rPr>
          <w:lang w:val="ru-RU"/>
        </w:rPr>
      </w:pPr>
      <w:r w:rsidRPr="007B1E0E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EE0D1A" w:rsidRPr="007B1E0E" w:rsidRDefault="00CF7451">
      <w:pPr>
        <w:autoSpaceDE w:val="0"/>
        <w:autoSpaceDN w:val="0"/>
        <w:spacing w:before="166" w:after="0" w:line="283" w:lineRule="auto"/>
        <w:ind w:right="144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Неменский, Б. М. Методическое пособие к учебникам по изобразительному искусству : 1–4 классы : пособие для учителя / Б. М. Неменский, </w:t>
      </w:r>
      <w:r w:rsidRPr="007B1E0E">
        <w:rPr>
          <w:lang w:val="ru-RU"/>
        </w:rPr>
        <w:br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Л. А. Неменская, Е. И. Коротеева ; под ред. Б. М. Неменского. – М. : Просвещение, 2020. </w:t>
      </w:r>
      <w:r w:rsidRPr="007B1E0E">
        <w:rPr>
          <w:lang w:val="ru-RU"/>
        </w:rPr>
        <w:br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Е. И. Коротеева, Изобразительное искусство: учебно-наглядное пособие для учащихся 1-4 классов начальной школы / Е. И. Коротеева. - М.: </w:t>
      </w:r>
      <w:r w:rsidRPr="007B1E0E">
        <w:rPr>
          <w:lang w:val="ru-RU"/>
        </w:rPr>
        <w:br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Просвещение, 2020.</w:t>
      </w:r>
    </w:p>
    <w:p w:rsidR="00EE0D1A" w:rsidRPr="007B1E0E" w:rsidRDefault="00CF7451">
      <w:pPr>
        <w:autoSpaceDE w:val="0"/>
        <w:autoSpaceDN w:val="0"/>
        <w:spacing w:before="70" w:after="0" w:line="271" w:lineRule="auto"/>
        <w:ind w:right="720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 в начальной школе. Обучение приемам художественно-творческой деятельности / авт.-сост. О. В. Павлова. -</w:t>
      </w:r>
      <w:r w:rsidRPr="007B1E0E">
        <w:rPr>
          <w:lang w:val="ru-RU"/>
        </w:rPr>
        <w:br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Волгоград : Учитель, 2018. - 139 с.: и</w:t>
      </w:r>
    </w:p>
    <w:p w:rsidR="00EE0D1A" w:rsidRPr="007B1E0E" w:rsidRDefault="00CF7451">
      <w:pPr>
        <w:autoSpaceDE w:val="0"/>
        <w:autoSpaceDN w:val="0"/>
        <w:spacing w:before="262" w:after="0" w:line="230" w:lineRule="auto"/>
        <w:rPr>
          <w:lang w:val="ru-RU"/>
        </w:rPr>
      </w:pPr>
      <w:r w:rsidRPr="007B1E0E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EE0D1A" w:rsidRPr="007B1E0E" w:rsidRDefault="00CF7451">
      <w:pPr>
        <w:autoSpaceDE w:val="0"/>
        <w:autoSpaceDN w:val="0"/>
        <w:spacing w:before="166" w:after="0" w:line="286" w:lineRule="auto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Единая коллекция цифровых образовательных ресурсов: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7B1E0E">
        <w:rPr>
          <w:lang w:val="ru-RU"/>
        </w:rPr>
        <w:br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Фестиваль педагогических идей 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urok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r>
        <w:rPr>
          <w:rFonts w:ascii="Times New Roman" w:eastAsia="Times New Roman" w:hAnsi="Times New Roman"/>
          <w:color w:val="000000"/>
          <w:sz w:val="24"/>
        </w:rPr>
        <w:t>sept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7B1E0E">
        <w:rPr>
          <w:lang w:val="ru-RU"/>
        </w:rPr>
        <w:br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Открытый класс. Сетевые образовательные сообщества: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multiurok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blog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sietievyie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obrazovatiel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nyie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soobshchiestva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otkrytyi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klass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B1E0E">
        <w:rPr>
          <w:lang w:val="ru-RU"/>
        </w:rPr>
        <w:br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Официальный ресурс для учителей, детей и родителей: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rosuchebnik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material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/40-</w:t>
      </w:r>
      <w:r>
        <w:rPr>
          <w:rFonts w:ascii="Times New Roman" w:eastAsia="Times New Roman" w:hAnsi="Times New Roman"/>
          <w:color w:val="000000"/>
          <w:sz w:val="24"/>
        </w:rPr>
        <w:t>saytov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kotorye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oblegchat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rabotu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uchitelya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7B1E0E">
        <w:rPr>
          <w:lang w:val="ru-RU"/>
        </w:rPr>
        <w:br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Журнал начальная школа: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shkola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7B1E0E">
        <w:rPr>
          <w:lang w:val="ru-RU"/>
        </w:rPr>
        <w:br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Российская электронная школа: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EE0D1A" w:rsidRPr="007B1E0E" w:rsidRDefault="00EE0D1A">
      <w:pPr>
        <w:rPr>
          <w:lang w:val="ru-RU"/>
        </w:rPr>
        <w:sectPr w:rsidR="00EE0D1A" w:rsidRPr="007B1E0E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E0D1A" w:rsidRPr="007B1E0E" w:rsidRDefault="00EE0D1A">
      <w:pPr>
        <w:autoSpaceDE w:val="0"/>
        <w:autoSpaceDN w:val="0"/>
        <w:spacing w:after="78" w:line="220" w:lineRule="exact"/>
        <w:rPr>
          <w:lang w:val="ru-RU"/>
        </w:rPr>
      </w:pPr>
    </w:p>
    <w:p w:rsidR="00EE0D1A" w:rsidRPr="007B1E0E" w:rsidRDefault="00CF7451">
      <w:pPr>
        <w:autoSpaceDE w:val="0"/>
        <w:autoSpaceDN w:val="0"/>
        <w:spacing w:after="0" w:line="230" w:lineRule="auto"/>
        <w:rPr>
          <w:lang w:val="ru-RU"/>
        </w:rPr>
      </w:pPr>
      <w:r w:rsidRPr="007B1E0E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EE0D1A" w:rsidRPr="007B1E0E" w:rsidRDefault="00CF7451">
      <w:pPr>
        <w:autoSpaceDE w:val="0"/>
        <w:autoSpaceDN w:val="0"/>
        <w:spacing w:before="346" w:after="0" w:line="230" w:lineRule="auto"/>
        <w:rPr>
          <w:lang w:val="ru-RU"/>
        </w:rPr>
      </w:pPr>
      <w:r w:rsidRPr="007B1E0E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EE0D1A" w:rsidRPr="007B1E0E" w:rsidRDefault="00CF7451">
      <w:pPr>
        <w:autoSpaceDE w:val="0"/>
        <w:autoSpaceDN w:val="0"/>
        <w:spacing w:before="166" w:after="0" w:line="281" w:lineRule="auto"/>
        <w:ind w:right="4896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классная доска для демонстрации учебного материала персональный компьютер </w:t>
      </w:r>
      <w:r w:rsidRPr="007B1E0E">
        <w:rPr>
          <w:lang w:val="ru-RU"/>
        </w:rPr>
        <w:br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мультимедийный проектор </w:t>
      </w:r>
      <w:r w:rsidRPr="007B1E0E">
        <w:rPr>
          <w:lang w:val="ru-RU"/>
        </w:rPr>
        <w:br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экран </w:t>
      </w:r>
      <w:r w:rsidRPr="007B1E0E">
        <w:rPr>
          <w:lang w:val="ru-RU"/>
        </w:rPr>
        <w:br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колонки</w:t>
      </w:r>
    </w:p>
    <w:p w:rsidR="00EE0D1A" w:rsidRPr="007B1E0E" w:rsidRDefault="00CF7451">
      <w:pPr>
        <w:autoSpaceDE w:val="0"/>
        <w:autoSpaceDN w:val="0"/>
        <w:spacing w:before="262" w:after="0" w:line="230" w:lineRule="auto"/>
        <w:rPr>
          <w:lang w:val="ru-RU"/>
        </w:rPr>
      </w:pPr>
      <w:r w:rsidRPr="007B1E0E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:rsidR="00EE0D1A" w:rsidRPr="007B1E0E" w:rsidRDefault="00CF7451">
      <w:pPr>
        <w:autoSpaceDE w:val="0"/>
        <w:autoSpaceDN w:val="0"/>
        <w:spacing w:before="168" w:after="0" w:line="281" w:lineRule="auto"/>
        <w:ind w:right="1008"/>
        <w:rPr>
          <w:lang w:val="ru-RU"/>
        </w:rPr>
      </w:pP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парта </w:t>
      </w:r>
      <w:r w:rsidRPr="007B1E0E">
        <w:rPr>
          <w:lang w:val="ru-RU"/>
        </w:rPr>
        <w:br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клеенка </w:t>
      </w:r>
      <w:r w:rsidRPr="007B1E0E">
        <w:rPr>
          <w:lang w:val="ru-RU"/>
        </w:rPr>
        <w:br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 xml:space="preserve">краски, гуашь ,палитра, цветные карандаши, простой карандаш, ластик, кисточки, различной толщины, баночка для воды, </w:t>
      </w:r>
      <w:r w:rsidRPr="007B1E0E">
        <w:rPr>
          <w:lang w:val="ru-RU"/>
        </w:rPr>
        <w:br/>
      </w:r>
      <w:r w:rsidRPr="007B1E0E">
        <w:rPr>
          <w:rFonts w:ascii="Times New Roman" w:eastAsia="Times New Roman" w:hAnsi="Times New Roman"/>
          <w:color w:val="000000"/>
          <w:sz w:val="24"/>
          <w:lang w:val="ru-RU"/>
        </w:rPr>
        <w:t>альбом</w:t>
      </w:r>
    </w:p>
    <w:p w:rsidR="00EE0D1A" w:rsidRPr="007B1E0E" w:rsidRDefault="00EE0D1A">
      <w:pPr>
        <w:rPr>
          <w:lang w:val="ru-RU"/>
        </w:rPr>
        <w:sectPr w:rsidR="00EE0D1A" w:rsidRPr="007B1E0E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F7451" w:rsidRPr="007B1E0E" w:rsidRDefault="00CF7451">
      <w:pPr>
        <w:rPr>
          <w:lang w:val="ru-RU"/>
        </w:rPr>
      </w:pPr>
    </w:p>
    <w:sectPr w:rsidR="00CF7451" w:rsidRPr="007B1E0E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D4DD3"/>
    <w:rsid w:val="0015074B"/>
    <w:rsid w:val="0029639D"/>
    <w:rsid w:val="00326F90"/>
    <w:rsid w:val="007B1E0E"/>
    <w:rsid w:val="00850F0E"/>
    <w:rsid w:val="00AA1D8D"/>
    <w:rsid w:val="00B47730"/>
    <w:rsid w:val="00CB0664"/>
    <w:rsid w:val="00CF7451"/>
    <w:rsid w:val="00EE0D1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7B1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7B1E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7B1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7B1E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39A6D9-8331-4205-A813-00D69C041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7533</Words>
  <Characters>42944</Characters>
  <Application>Microsoft Office Word</Application>
  <DocSecurity>0</DocSecurity>
  <Lines>357</Lines>
  <Paragraphs>100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50377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Татьяна</cp:lastModifiedBy>
  <cp:revision>5</cp:revision>
  <cp:lastPrinted>2022-10-04T20:14:00Z</cp:lastPrinted>
  <dcterms:created xsi:type="dcterms:W3CDTF">2013-12-23T23:15:00Z</dcterms:created>
  <dcterms:modified xsi:type="dcterms:W3CDTF">2022-10-04T20:19:00Z</dcterms:modified>
  <cp:category/>
</cp:coreProperties>
</file>